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2F0B1" w14:textId="77777777" w:rsidR="009E19E9" w:rsidRPr="002828EE" w:rsidRDefault="00280DB9">
      <w:pPr>
        <w:jc w:val="center"/>
        <w:rPr>
          <w:lang w:val="nl-NL"/>
        </w:rPr>
      </w:pPr>
      <w:r w:rsidRPr="002828EE">
        <w:rPr>
          <w:b/>
          <w:color w:val="234F78"/>
          <w:sz w:val="46"/>
          <w:lang w:val="nl-NL"/>
        </w:rPr>
        <w:t>MON HISTOIRE EN FRANÇAIS</w:t>
      </w:r>
    </w:p>
    <w:p w14:paraId="6C08B5D4" w14:textId="77777777" w:rsidR="009E19E9" w:rsidRPr="002828EE" w:rsidRDefault="00280DB9">
      <w:pPr>
        <w:jc w:val="center"/>
        <w:rPr>
          <w:lang w:val="nl-NL"/>
        </w:rPr>
      </w:pPr>
      <w:r w:rsidRPr="002828EE">
        <w:rPr>
          <w:i/>
          <w:sz w:val="26"/>
          <w:lang w:val="nl-NL"/>
        </w:rPr>
        <w:t>Schrijf je eigen Franse verhaaltje!</w:t>
      </w:r>
    </w:p>
    <w:p w14:paraId="253465DA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>Naam: ____________________________________     Klas: __________     Datum: ______________</w:t>
      </w:r>
    </w:p>
    <w:p w14:paraId="66341BF5" w14:textId="66E722F2" w:rsidR="009E19E9" w:rsidRPr="002828EE" w:rsidRDefault="00280DB9" w:rsidP="002828EE">
      <w:pPr>
        <w:pStyle w:val="Kop2"/>
        <w:rPr>
          <w:lang w:val="nl-NL"/>
        </w:rPr>
      </w:pPr>
      <w:r w:rsidRPr="002828EE">
        <w:rPr>
          <w:lang w:val="nl-NL"/>
        </w:rPr>
        <w:t>Wat ga je doen?</w:t>
      </w:r>
    </w:p>
    <w:p w14:paraId="782175F2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>Je schrijft een kort verhaaltje in het Frans. Je gebruikt Franse werkwoorden en let op de woordvolgorde. Daarna maak je van jouw verhaal een striptekening.</w:t>
      </w:r>
    </w:p>
    <w:p w14:paraId="36B6ACFE" w14:textId="2D060475" w:rsidR="009E19E9" w:rsidRPr="002828EE" w:rsidRDefault="00280DB9" w:rsidP="002828EE">
      <w:pPr>
        <w:pStyle w:val="Kop2"/>
        <w:rPr>
          <w:lang w:val="nl-NL"/>
        </w:rPr>
      </w:pPr>
      <w:r w:rsidRPr="002828EE">
        <w:rPr>
          <w:lang w:val="nl-NL"/>
        </w:rPr>
        <w:t xml:space="preserve">Stap 1 – </w:t>
      </w:r>
      <w:r w:rsidR="002828EE">
        <w:rPr>
          <w:lang w:val="nl-NL"/>
        </w:rPr>
        <w:t>Bekijk</w:t>
      </w:r>
      <w:r w:rsidRPr="002828EE">
        <w:rPr>
          <w:lang w:val="nl-NL"/>
        </w:rPr>
        <w:t xml:space="preserve"> de werkwoorden</w:t>
      </w:r>
    </w:p>
    <w:p w14:paraId="19174B4A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>Je hoeft niet alle werkwoorden te gebruiken. Kies woorden die passen bij jouw verhaal.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494"/>
        <w:gridCol w:w="1814"/>
        <w:gridCol w:w="2494"/>
      </w:tblGrid>
      <w:tr w:rsidR="009E19E9" w14:paraId="4CB73959" w14:textId="77777777">
        <w:trPr>
          <w:jc w:val="center"/>
        </w:trPr>
        <w:tc>
          <w:tcPr>
            <w:tcW w:w="1814" w:type="dxa"/>
            <w:shd w:val="clear" w:color="auto" w:fill="DCEAF5"/>
            <w:vAlign w:val="center"/>
          </w:tcPr>
          <w:p w14:paraId="2DB02682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Frans</w:t>
            </w:r>
          </w:p>
        </w:tc>
        <w:tc>
          <w:tcPr>
            <w:tcW w:w="2494" w:type="dxa"/>
            <w:shd w:val="clear" w:color="auto" w:fill="DCEAF5"/>
            <w:vAlign w:val="center"/>
          </w:tcPr>
          <w:p w14:paraId="59C20DC9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Nederlands</w:t>
            </w:r>
          </w:p>
        </w:tc>
        <w:tc>
          <w:tcPr>
            <w:tcW w:w="1814" w:type="dxa"/>
            <w:shd w:val="clear" w:color="auto" w:fill="DCEAF5"/>
            <w:vAlign w:val="center"/>
          </w:tcPr>
          <w:p w14:paraId="0497B995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Frans</w:t>
            </w:r>
          </w:p>
        </w:tc>
        <w:tc>
          <w:tcPr>
            <w:tcW w:w="2494" w:type="dxa"/>
            <w:shd w:val="clear" w:color="auto" w:fill="DCEAF5"/>
            <w:vAlign w:val="center"/>
          </w:tcPr>
          <w:p w14:paraId="4BB72946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Nederlands</w:t>
            </w:r>
          </w:p>
        </w:tc>
      </w:tr>
      <w:tr w:rsidR="009E19E9" w14:paraId="67933B88" w14:textId="77777777">
        <w:trPr>
          <w:jc w:val="center"/>
        </w:trPr>
        <w:tc>
          <w:tcPr>
            <w:tcW w:w="1814" w:type="dxa"/>
            <w:vAlign w:val="center"/>
          </w:tcPr>
          <w:p w14:paraId="2C1FD9C9" w14:textId="77777777" w:rsidR="009E19E9" w:rsidRDefault="00280DB9">
            <w:pPr>
              <w:spacing w:after="20"/>
            </w:pPr>
            <w:r>
              <w:rPr>
                <w:sz w:val="18"/>
              </w:rPr>
              <w:t>parler</w:t>
            </w:r>
          </w:p>
        </w:tc>
        <w:tc>
          <w:tcPr>
            <w:tcW w:w="2494" w:type="dxa"/>
            <w:vAlign w:val="center"/>
          </w:tcPr>
          <w:p w14:paraId="5CF2AE50" w14:textId="77777777" w:rsidR="009E19E9" w:rsidRDefault="00280DB9">
            <w:pPr>
              <w:spacing w:after="20"/>
            </w:pPr>
            <w:r>
              <w:rPr>
                <w:sz w:val="18"/>
              </w:rPr>
              <w:t>praten</w:t>
            </w:r>
          </w:p>
        </w:tc>
        <w:tc>
          <w:tcPr>
            <w:tcW w:w="1814" w:type="dxa"/>
            <w:vAlign w:val="center"/>
          </w:tcPr>
          <w:p w14:paraId="6516190A" w14:textId="77777777" w:rsidR="009E19E9" w:rsidRDefault="00280DB9">
            <w:pPr>
              <w:spacing w:after="20"/>
            </w:pPr>
            <w:r>
              <w:rPr>
                <w:sz w:val="18"/>
              </w:rPr>
              <w:t>aimer</w:t>
            </w:r>
          </w:p>
        </w:tc>
        <w:tc>
          <w:tcPr>
            <w:tcW w:w="2494" w:type="dxa"/>
            <w:vAlign w:val="center"/>
          </w:tcPr>
          <w:p w14:paraId="1BCB76A4" w14:textId="77777777" w:rsidR="009E19E9" w:rsidRDefault="00280DB9">
            <w:pPr>
              <w:spacing w:after="20"/>
            </w:pPr>
            <w:r>
              <w:rPr>
                <w:sz w:val="18"/>
              </w:rPr>
              <w:t>houden van</w:t>
            </w:r>
          </w:p>
        </w:tc>
      </w:tr>
      <w:tr w:rsidR="009E19E9" w14:paraId="6525F2E5" w14:textId="77777777">
        <w:trPr>
          <w:jc w:val="center"/>
        </w:trPr>
        <w:tc>
          <w:tcPr>
            <w:tcW w:w="1814" w:type="dxa"/>
            <w:vAlign w:val="center"/>
          </w:tcPr>
          <w:p w14:paraId="165FB4F6" w14:textId="77777777" w:rsidR="009E19E9" w:rsidRDefault="00280DB9">
            <w:pPr>
              <w:spacing w:after="20"/>
            </w:pPr>
            <w:r>
              <w:rPr>
                <w:sz w:val="18"/>
              </w:rPr>
              <w:t>jouer</w:t>
            </w:r>
          </w:p>
        </w:tc>
        <w:tc>
          <w:tcPr>
            <w:tcW w:w="2494" w:type="dxa"/>
            <w:vAlign w:val="center"/>
          </w:tcPr>
          <w:p w14:paraId="70AE1210" w14:textId="77777777" w:rsidR="009E19E9" w:rsidRDefault="00280DB9">
            <w:pPr>
              <w:spacing w:after="20"/>
            </w:pPr>
            <w:r>
              <w:rPr>
                <w:sz w:val="18"/>
              </w:rPr>
              <w:t>spelen</w:t>
            </w:r>
          </w:p>
        </w:tc>
        <w:tc>
          <w:tcPr>
            <w:tcW w:w="1814" w:type="dxa"/>
            <w:vAlign w:val="center"/>
          </w:tcPr>
          <w:p w14:paraId="60F7E1B4" w14:textId="77777777" w:rsidR="009E19E9" w:rsidRDefault="00280DB9">
            <w:pPr>
              <w:spacing w:after="20"/>
            </w:pPr>
            <w:r>
              <w:rPr>
                <w:sz w:val="18"/>
              </w:rPr>
              <w:t>écouter</w:t>
            </w:r>
          </w:p>
        </w:tc>
        <w:tc>
          <w:tcPr>
            <w:tcW w:w="2494" w:type="dxa"/>
            <w:vAlign w:val="center"/>
          </w:tcPr>
          <w:p w14:paraId="209A93D4" w14:textId="77777777" w:rsidR="009E19E9" w:rsidRDefault="00280DB9">
            <w:pPr>
              <w:spacing w:after="20"/>
            </w:pPr>
            <w:r>
              <w:rPr>
                <w:sz w:val="18"/>
              </w:rPr>
              <w:t>luisteren naar</w:t>
            </w:r>
          </w:p>
        </w:tc>
      </w:tr>
      <w:tr w:rsidR="009E19E9" w14:paraId="76A8F54A" w14:textId="77777777">
        <w:trPr>
          <w:jc w:val="center"/>
        </w:trPr>
        <w:tc>
          <w:tcPr>
            <w:tcW w:w="1814" w:type="dxa"/>
            <w:vAlign w:val="center"/>
          </w:tcPr>
          <w:p w14:paraId="7BE434F2" w14:textId="77777777" w:rsidR="009E19E9" w:rsidRDefault="00280DB9">
            <w:pPr>
              <w:spacing w:after="20"/>
            </w:pPr>
            <w:r>
              <w:rPr>
                <w:sz w:val="18"/>
              </w:rPr>
              <w:t>regarder</w:t>
            </w:r>
          </w:p>
        </w:tc>
        <w:tc>
          <w:tcPr>
            <w:tcW w:w="2494" w:type="dxa"/>
            <w:vAlign w:val="center"/>
          </w:tcPr>
          <w:p w14:paraId="7CD02E7B" w14:textId="77777777" w:rsidR="009E19E9" w:rsidRDefault="00280DB9">
            <w:pPr>
              <w:spacing w:after="20"/>
            </w:pPr>
            <w:r>
              <w:rPr>
                <w:sz w:val="18"/>
              </w:rPr>
              <w:t>kijken naar</w:t>
            </w:r>
          </w:p>
        </w:tc>
        <w:tc>
          <w:tcPr>
            <w:tcW w:w="1814" w:type="dxa"/>
            <w:vAlign w:val="center"/>
          </w:tcPr>
          <w:p w14:paraId="59942D94" w14:textId="77777777" w:rsidR="009E19E9" w:rsidRDefault="00280DB9">
            <w:pPr>
              <w:spacing w:after="20"/>
            </w:pPr>
            <w:r>
              <w:rPr>
                <w:sz w:val="18"/>
              </w:rPr>
              <w:t>manger</w:t>
            </w:r>
          </w:p>
        </w:tc>
        <w:tc>
          <w:tcPr>
            <w:tcW w:w="2494" w:type="dxa"/>
            <w:vAlign w:val="center"/>
          </w:tcPr>
          <w:p w14:paraId="24A55B36" w14:textId="77777777" w:rsidR="009E19E9" w:rsidRDefault="00280DB9">
            <w:pPr>
              <w:spacing w:after="20"/>
            </w:pPr>
            <w:r>
              <w:rPr>
                <w:sz w:val="18"/>
              </w:rPr>
              <w:t>eten</w:t>
            </w:r>
          </w:p>
        </w:tc>
      </w:tr>
      <w:tr w:rsidR="009E19E9" w14:paraId="3874AC77" w14:textId="77777777">
        <w:trPr>
          <w:jc w:val="center"/>
        </w:trPr>
        <w:tc>
          <w:tcPr>
            <w:tcW w:w="1814" w:type="dxa"/>
            <w:vAlign w:val="center"/>
          </w:tcPr>
          <w:p w14:paraId="4AD70D72" w14:textId="77777777" w:rsidR="009E19E9" w:rsidRDefault="00280DB9">
            <w:pPr>
              <w:spacing w:after="20"/>
            </w:pPr>
            <w:r>
              <w:rPr>
                <w:sz w:val="18"/>
              </w:rPr>
              <w:t>habiter</w:t>
            </w:r>
          </w:p>
        </w:tc>
        <w:tc>
          <w:tcPr>
            <w:tcW w:w="2494" w:type="dxa"/>
            <w:vAlign w:val="center"/>
          </w:tcPr>
          <w:p w14:paraId="372BA81B" w14:textId="77777777" w:rsidR="009E19E9" w:rsidRDefault="00280DB9">
            <w:pPr>
              <w:spacing w:after="20"/>
            </w:pPr>
            <w:r>
              <w:rPr>
                <w:sz w:val="18"/>
              </w:rPr>
              <w:t>wonen</w:t>
            </w:r>
          </w:p>
        </w:tc>
        <w:tc>
          <w:tcPr>
            <w:tcW w:w="1814" w:type="dxa"/>
            <w:vAlign w:val="center"/>
          </w:tcPr>
          <w:p w14:paraId="20DCD78C" w14:textId="77777777" w:rsidR="009E19E9" w:rsidRDefault="00280DB9">
            <w:pPr>
              <w:spacing w:after="20"/>
            </w:pPr>
            <w:r>
              <w:rPr>
                <w:sz w:val="18"/>
              </w:rPr>
              <w:t>danser</w:t>
            </w:r>
          </w:p>
        </w:tc>
        <w:tc>
          <w:tcPr>
            <w:tcW w:w="2494" w:type="dxa"/>
            <w:vAlign w:val="center"/>
          </w:tcPr>
          <w:p w14:paraId="5345D120" w14:textId="77777777" w:rsidR="009E19E9" w:rsidRDefault="00280DB9">
            <w:pPr>
              <w:spacing w:after="20"/>
            </w:pPr>
            <w:r>
              <w:rPr>
                <w:sz w:val="18"/>
              </w:rPr>
              <w:t>dansen</w:t>
            </w:r>
          </w:p>
        </w:tc>
      </w:tr>
      <w:tr w:rsidR="009E19E9" w14:paraId="2355A1B6" w14:textId="77777777">
        <w:trPr>
          <w:jc w:val="center"/>
        </w:trPr>
        <w:tc>
          <w:tcPr>
            <w:tcW w:w="1814" w:type="dxa"/>
            <w:vAlign w:val="center"/>
          </w:tcPr>
          <w:p w14:paraId="6F092406" w14:textId="77777777" w:rsidR="009E19E9" w:rsidRDefault="00280DB9">
            <w:pPr>
              <w:spacing w:after="20"/>
            </w:pPr>
            <w:r>
              <w:rPr>
                <w:sz w:val="18"/>
              </w:rPr>
              <w:t>chanter</w:t>
            </w:r>
          </w:p>
        </w:tc>
        <w:tc>
          <w:tcPr>
            <w:tcW w:w="2494" w:type="dxa"/>
            <w:vAlign w:val="center"/>
          </w:tcPr>
          <w:p w14:paraId="4CB7EF5E" w14:textId="77777777" w:rsidR="009E19E9" w:rsidRDefault="00280DB9">
            <w:pPr>
              <w:spacing w:after="20"/>
            </w:pPr>
            <w:r>
              <w:rPr>
                <w:sz w:val="18"/>
              </w:rPr>
              <w:t>zingen</w:t>
            </w:r>
          </w:p>
        </w:tc>
        <w:tc>
          <w:tcPr>
            <w:tcW w:w="1814" w:type="dxa"/>
            <w:vAlign w:val="center"/>
          </w:tcPr>
          <w:p w14:paraId="4766C649" w14:textId="77777777" w:rsidR="009E19E9" w:rsidRDefault="00280DB9">
            <w:pPr>
              <w:spacing w:after="20"/>
            </w:pPr>
            <w:r>
              <w:rPr>
                <w:sz w:val="18"/>
              </w:rPr>
              <w:t>travailler</w:t>
            </w:r>
          </w:p>
        </w:tc>
        <w:tc>
          <w:tcPr>
            <w:tcW w:w="2494" w:type="dxa"/>
            <w:vAlign w:val="center"/>
          </w:tcPr>
          <w:p w14:paraId="4CD1AFE4" w14:textId="77777777" w:rsidR="009E19E9" w:rsidRDefault="00280DB9">
            <w:pPr>
              <w:spacing w:after="20"/>
            </w:pPr>
            <w:r>
              <w:rPr>
                <w:sz w:val="18"/>
              </w:rPr>
              <w:t>werken</w:t>
            </w:r>
          </w:p>
        </w:tc>
      </w:tr>
      <w:tr w:rsidR="009E19E9" w14:paraId="55C1B784" w14:textId="77777777">
        <w:trPr>
          <w:jc w:val="center"/>
        </w:trPr>
        <w:tc>
          <w:tcPr>
            <w:tcW w:w="1814" w:type="dxa"/>
            <w:vAlign w:val="center"/>
          </w:tcPr>
          <w:p w14:paraId="27297B77" w14:textId="77777777" w:rsidR="009E19E9" w:rsidRDefault="00280DB9">
            <w:pPr>
              <w:spacing w:after="20"/>
            </w:pPr>
            <w:r>
              <w:rPr>
                <w:sz w:val="18"/>
              </w:rPr>
              <w:t>dessiner</w:t>
            </w:r>
          </w:p>
        </w:tc>
        <w:tc>
          <w:tcPr>
            <w:tcW w:w="2494" w:type="dxa"/>
            <w:vAlign w:val="center"/>
          </w:tcPr>
          <w:p w14:paraId="7D724E7B" w14:textId="77777777" w:rsidR="009E19E9" w:rsidRDefault="00280DB9">
            <w:pPr>
              <w:spacing w:after="20"/>
            </w:pPr>
            <w:r>
              <w:rPr>
                <w:sz w:val="18"/>
              </w:rPr>
              <w:t>tekenen</w:t>
            </w:r>
          </w:p>
        </w:tc>
        <w:tc>
          <w:tcPr>
            <w:tcW w:w="1814" w:type="dxa"/>
            <w:vAlign w:val="center"/>
          </w:tcPr>
          <w:p w14:paraId="2539C51D" w14:textId="77777777" w:rsidR="009E19E9" w:rsidRDefault="00280DB9">
            <w:pPr>
              <w:spacing w:after="20"/>
            </w:pPr>
            <w:r>
              <w:rPr>
                <w:sz w:val="18"/>
              </w:rPr>
              <w:t>chercher</w:t>
            </w:r>
          </w:p>
        </w:tc>
        <w:tc>
          <w:tcPr>
            <w:tcW w:w="2494" w:type="dxa"/>
            <w:vAlign w:val="center"/>
          </w:tcPr>
          <w:p w14:paraId="344BA9E6" w14:textId="77777777" w:rsidR="009E19E9" w:rsidRDefault="00280DB9">
            <w:pPr>
              <w:spacing w:after="20"/>
            </w:pPr>
            <w:r>
              <w:rPr>
                <w:sz w:val="18"/>
              </w:rPr>
              <w:t>zoeken</w:t>
            </w:r>
          </w:p>
        </w:tc>
      </w:tr>
      <w:tr w:rsidR="009E19E9" w14:paraId="5F47E81B" w14:textId="77777777">
        <w:trPr>
          <w:jc w:val="center"/>
        </w:trPr>
        <w:tc>
          <w:tcPr>
            <w:tcW w:w="1814" w:type="dxa"/>
            <w:vAlign w:val="center"/>
          </w:tcPr>
          <w:p w14:paraId="03AA306D" w14:textId="77777777" w:rsidR="009E19E9" w:rsidRDefault="00280DB9">
            <w:pPr>
              <w:spacing w:after="20"/>
            </w:pPr>
            <w:r>
              <w:rPr>
                <w:sz w:val="18"/>
              </w:rPr>
              <w:t>trouver</w:t>
            </w:r>
          </w:p>
        </w:tc>
        <w:tc>
          <w:tcPr>
            <w:tcW w:w="2494" w:type="dxa"/>
            <w:vAlign w:val="center"/>
          </w:tcPr>
          <w:p w14:paraId="33108789" w14:textId="77777777" w:rsidR="009E19E9" w:rsidRDefault="00280DB9">
            <w:pPr>
              <w:spacing w:after="20"/>
            </w:pPr>
            <w:r>
              <w:rPr>
                <w:sz w:val="18"/>
              </w:rPr>
              <w:t>vinden</w:t>
            </w:r>
          </w:p>
        </w:tc>
        <w:tc>
          <w:tcPr>
            <w:tcW w:w="1814" w:type="dxa"/>
            <w:vAlign w:val="center"/>
          </w:tcPr>
          <w:p w14:paraId="1C2C669E" w14:textId="77777777" w:rsidR="009E19E9" w:rsidRDefault="00280DB9">
            <w:pPr>
              <w:spacing w:after="20"/>
            </w:pPr>
            <w:r>
              <w:rPr>
                <w:sz w:val="18"/>
              </w:rPr>
              <w:t>adorer</w:t>
            </w:r>
          </w:p>
        </w:tc>
        <w:tc>
          <w:tcPr>
            <w:tcW w:w="2494" w:type="dxa"/>
            <w:vAlign w:val="center"/>
          </w:tcPr>
          <w:p w14:paraId="6E6978B0" w14:textId="77777777" w:rsidR="009E19E9" w:rsidRDefault="00280DB9">
            <w:pPr>
              <w:spacing w:after="20"/>
            </w:pPr>
            <w:r>
              <w:rPr>
                <w:sz w:val="18"/>
              </w:rPr>
              <w:t>dol zijn op</w:t>
            </w:r>
          </w:p>
        </w:tc>
      </w:tr>
      <w:tr w:rsidR="009E19E9" w14:paraId="3AD6E798" w14:textId="77777777">
        <w:trPr>
          <w:jc w:val="center"/>
        </w:trPr>
        <w:tc>
          <w:tcPr>
            <w:tcW w:w="1814" w:type="dxa"/>
            <w:vAlign w:val="center"/>
          </w:tcPr>
          <w:p w14:paraId="64A02A80" w14:textId="77777777" w:rsidR="009E19E9" w:rsidRDefault="00280DB9">
            <w:pPr>
              <w:spacing w:after="20"/>
            </w:pPr>
            <w:r>
              <w:rPr>
                <w:sz w:val="18"/>
              </w:rPr>
              <w:t>détester</w:t>
            </w:r>
          </w:p>
        </w:tc>
        <w:tc>
          <w:tcPr>
            <w:tcW w:w="2494" w:type="dxa"/>
            <w:vAlign w:val="center"/>
          </w:tcPr>
          <w:p w14:paraId="6F8B5068" w14:textId="77777777" w:rsidR="009E19E9" w:rsidRDefault="00280DB9">
            <w:pPr>
              <w:spacing w:after="20"/>
            </w:pPr>
            <w:r>
              <w:rPr>
                <w:sz w:val="18"/>
              </w:rPr>
              <w:t>een hekel hebben aan</w:t>
            </w:r>
          </w:p>
        </w:tc>
        <w:tc>
          <w:tcPr>
            <w:tcW w:w="1814" w:type="dxa"/>
            <w:vAlign w:val="center"/>
          </w:tcPr>
          <w:p w14:paraId="4E9892CD" w14:textId="77777777" w:rsidR="009E19E9" w:rsidRDefault="00280DB9">
            <w:pPr>
              <w:spacing w:after="20"/>
            </w:pPr>
            <w:r>
              <w:rPr>
                <w:sz w:val="18"/>
              </w:rPr>
              <w:t>visiter</w:t>
            </w:r>
          </w:p>
        </w:tc>
        <w:tc>
          <w:tcPr>
            <w:tcW w:w="2494" w:type="dxa"/>
            <w:vAlign w:val="center"/>
          </w:tcPr>
          <w:p w14:paraId="4E44A767" w14:textId="77777777" w:rsidR="009E19E9" w:rsidRDefault="00280DB9">
            <w:pPr>
              <w:spacing w:after="20"/>
            </w:pPr>
            <w:r>
              <w:rPr>
                <w:sz w:val="18"/>
              </w:rPr>
              <w:t>bezoeken</w:t>
            </w:r>
          </w:p>
        </w:tc>
      </w:tr>
    </w:tbl>
    <w:p w14:paraId="617F8F81" w14:textId="77777777" w:rsidR="009E19E9" w:rsidRDefault="009E19E9">
      <w:pPr>
        <w:spacing w:after="20"/>
      </w:pPr>
    </w:p>
    <w:p w14:paraId="75B1272B" w14:textId="77777777" w:rsidR="009E19E9" w:rsidRDefault="00280DB9">
      <w:pPr>
        <w:pStyle w:val="Kop2"/>
      </w:pPr>
      <w:r>
        <w:t>Être en avoir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118"/>
        <w:gridCol w:w="3118"/>
      </w:tblGrid>
      <w:tr w:rsidR="009E19E9" w14:paraId="3D24127B" w14:textId="77777777">
        <w:trPr>
          <w:jc w:val="center"/>
        </w:trPr>
        <w:tc>
          <w:tcPr>
            <w:tcW w:w="2268" w:type="dxa"/>
            <w:shd w:val="clear" w:color="auto" w:fill="DCEAF5"/>
            <w:vAlign w:val="center"/>
          </w:tcPr>
          <w:p w14:paraId="28389EA0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Persoon</w:t>
            </w:r>
          </w:p>
        </w:tc>
        <w:tc>
          <w:tcPr>
            <w:tcW w:w="3118" w:type="dxa"/>
            <w:shd w:val="clear" w:color="auto" w:fill="DCEAF5"/>
            <w:vAlign w:val="center"/>
          </w:tcPr>
          <w:p w14:paraId="1F2A194C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Être = zijn</w:t>
            </w:r>
          </w:p>
        </w:tc>
        <w:tc>
          <w:tcPr>
            <w:tcW w:w="3118" w:type="dxa"/>
            <w:shd w:val="clear" w:color="auto" w:fill="DCEAF5"/>
            <w:vAlign w:val="center"/>
          </w:tcPr>
          <w:p w14:paraId="2D1942CA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Avoir = hebben</w:t>
            </w:r>
          </w:p>
        </w:tc>
      </w:tr>
      <w:tr w:rsidR="009E19E9" w14:paraId="58071E06" w14:textId="77777777">
        <w:trPr>
          <w:jc w:val="center"/>
        </w:trPr>
        <w:tc>
          <w:tcPr>
            <w:tcW w:w="2268" w:type="dxa"/>
            <w:vAlign w:val="center"/>
          </w:tcPr>
          <w:p w14:paraId="2BE5BD05" w14:textId="77777777" w:rsidR="009E19E9" w:rsidRDefault="00280DB9">
            <w:pPr>
              <w:spacing w:after="20"/>
            </w:pPr>
            <w:r>
              <w:rPr>
                <w:sz w:val="18"/>
              </w:rPr>
              <w:t>je</w:t>
            </w:r>
          </w:p>
        </w:tc>
        <w:tc>
          <w:tcPr>
            <w:tcW w:w="3118" w:type="dxa"/>
            <w:vAlign w:val="center"/>
          </w:tcPr>
          <w:p w14:paraId="27913578" w14:textId="77777777" w:rsidR="009E19E9" w:rsidRDefault="00280DB9">
            <w:pPr>
              <w:spacing w:after="20"/>
            </w:pPr>
            <w:r>
              <w:rPr>
                <w:sz w:val="18"/>
              </w:rPr>
              <w:t>je suis</w:t>
            </w:r>
          </w:p>
        </w:tc>
        <w:tc>
          <w:tcPr>
            <w:tcW w:w="3118" w:type="dxa"/>
            <w:vAlign w:val="center"/>
          </w:tcPr>
          <w:p w14:paraId="08BD0F78" w14:textId="77777777" w:rsidR="009E19E9" w:rsidRDefault="00280DB9">
            <w:pPr>
              <w:spacing w:after="20"/>
            </w:pPr>
            <w:r>
              <w:rPr>
                <w:sz w:val="18"/>
              </w:rPr>
              <w:t>j’ai</w:t>
            </w:r>
          </w:p>
        </w:tc>
      </w:tr>
      <w:tr w:rsidR="009E19E9" w14:paraId="722EEF77" w14:textId="77777777">
        <w:trPr>
          <w:jc w:val="center"/>
        </w:trPr>
        <w:tc>
          <w:tcPr>
            <w:tcW w:w="2268" w:type="dxa"/>
            <w:vAlign w:val="center"/>
          </w:tcPr>
          <w:p w14:paraId="2417A532" w14:textId="77777777" w:rsidR="009E19E9" w:rsidRDefault="00280DB9">
            <w:pPr>
              <w:spacing w:after="20"/>
            </w:pPr>
            <w:r>
              <w:rPr>
                <w:sz w:val="18"/>
              </w:rPr>
              <w:t>tu</w:t>
            </w:r>
          </w:p>
        </w:tc>
        <w:tc>
          <w:tcPr>
            <w:tcW w:w="3118" w:type="dxa"/>
            <w:vAlign w:val="center"/>
          </w:tcPr>
          <w:p w14:paraId="3A2940E9" w14:textId="77777777" w:rsidR="009E19E9" w:rsidRDefault="00280DB9">
            <w:pPr>
              <w:spacing w:after="20"/>
            </w:pPr>
            <w:r>
              <w:rPr>
                <w:sz w:val="18"/>
              </w:rPr>
              <w:t>tu es</w:t>
            </w:r>
          </w:p>
        </w:tc>
        <w:tc>
          <w:tcPr>
            <w:tcW w:w="3118" w:type="dxa"/>
            <w:vAlign w:val="center"/>
          </w:tcPr>
          <w:p w14:paraId="5BAC0B00" w14:textId="77777777" w:rsidR="009E19E9" w:rsidRDefault="00280DB9">
            <w:pPr>
              <w:spacing w:after="20"/>
            </w:pPr>
            <w:r>
              <w:rPr>
                <w:sz w:val="18"/>
              </w:rPr>
              <w:t>tu as</w:t>
            </w:r>
          </w:p>
        </w:tc>
      </w:tr>
      <w:tr w:rsidR="009E19E9" w14:paraId="31EFE8AA" w14:textId="77777777">
        <w:trPr>
          <w:jc w:val="center"/>
        </w:trPr>
        <w:tc>
          <w:tcPr>
            <w:tcW w:w="2268" w:type="dxa"/>
            <w:vAlign w:val="center"/>
          </w:tcPr>
          <w:p w14:paraId="0DA59AB9" w14:textId="77777777" w:rsidR="009E19E9" w:rsidRDefault="00280DB9">
            <w:pPr>
              <w:spacing w:after="20"/>
            </w:pPr>
            <w:r>
              <w:rPr>
                <w:sz w:val="18"/>
              </w:rPr>
              <w:t>il / elle</w:t>
            </w:r>
          </w:p>
        </w:tc>
        <w:tc>
          <w:tcPr>
            <w:tcW w:w="3118" w:type="dxa"/>
            <w:vAlign w:val="center"/>
          </w:tcPr>
          <w:p w14:paraId="252D73AA" w14:textId="77777777" w:rsidR="009E19E9" w:rsidRDefault="00280DB9">
            <w:pPr>
              <w:spacing w:after="20"/>
            </w:pPr>
            <w:r>
              <w:rPr>
                <w:sz w:val="18"/>
              </w:rPr>
              <w:t>il / elle est</w:t>
            </w:r>
          </w:p>
        </w:tc>
        <w:tc>
          <w:tcPr>
            <w:tcW w:w="3118" w:type="dxa"/>
            <w:vAlign w:val="center"/>
          </w:tcPr>
          <w:p w14:paraId="5BBB0D09" w14:textId="77777777" w:rsidR="009E19E9" w:rsidRDefault="00280DB9">
            <w:pPr>
              <w:spacing w:after="20"/>
            </w:pPr>
            <w:r>
              <w:rPr>
                <w:sz w:val="18"/>
              </w:rPr>
              <w:t>il / elle a</w:t>
            </w:r>
          </w:p>
        </w:tc>
      </w:tr>
    </w:tbl>
    <w:p w14:paraId="1C81E99C" w14:textId="77777777" w:rsidR="009E19E9" w:rsidRDefault="009E19E9">
      <w:pPr>
        <w:spacing w:after="20"/>
      </w:pPr>
    </w:p>
    <w:p w14:paraId="3EEBD8EB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 xml:space="preserve">Voorbeelden: Je suis content(e). = Ik ben blij.  |  </w:t>
      </w:r>
      <w:proofErr w:type="spellStart"/>
      <w:r w:rsidRPr="002828EE">
        <w:rPr>
          <w:lang w:val="nl-NL"/>
        </w:rPr>
        <w:t>J’ai</w:t>
      </w:r>
      <w:proofErr w:type="spellEnd"/>
      <w:r w:rsidRPr="002828EE">
        <w:rPr>
          <w:lang w:val="nl-NL"/>
        </w:rPr>
        <w:t xml:space="preserve"> </w:t>
      </w:r>
      <w:proofErr w:type="spellStart"/>
      <w:r w:rsidRPr="002828EE">
        <w:rPr>
          <w:lang w:val="nl-NL"/>
        </w:rPr>
        <w:t>un</w:t>
      </w:r>
      <w:proofErr w:type="spellEnd"/>
      <w:r w:rsidRPr="002828EE">
        <w:rPr>
          <w:lang w:val="nl-NL"/>
        </w:rPr>
        <w:t xml:space="preserve"> </w:t>
      </w:r>
      <w:proofErr w:type="spellStart"/>
      <w:r w:rsidRPr="002828EE">
        <w:rPr>
          <w:lang w:val="nl-NL"/>
        </w:rPr>
        <w:t>chien</w:t>
      </w:r>
      <w:proofErr w:type="spellEnd"/>
      <w:r w:rsidRPr="002828EE">
        <w:rPr>
          <w:lang w:val="nl-NL"/>
        </w:rPr>
        <w:t>. = Ik heb een hond.</w:t>
      </w:r>
    </w:p>
    <w:p w14:paraId="78ED81A4" w14:textId="77777777" w:rsidR="009E19E9" w:rsidRPr="002828EE" w:rsidRDefault="00280DB9" w:rsidP="002828EE">
      <w:pPr>
        <w:pStyle w:val="Kop2"/>
        <w:rPr>
          <w:lang w:val="nl-NL"/>
        </w:rPr>
      </w:pPr>
      <w:r w:rsidRPr="002828EE">
        <w:rPr>
          <w:lang w:val="nl-NL"/>
        </w:rPr>
        <w:t>Stap 2 – Hoe vervoeg je een werkwoord op -er?</w:t>
      </w:r>
    </w:p>
    <w:p w14:paraId="4A935B5A" w14:textId="77777777" w:rsidR="009E19E9" w:rsidRDefault="00280DB9">
      <w:r w:rsidRPr="002828EE">
        <w:rPr>
          <w:lang w:val="nl-NL"/>
        </w:rPr>
        <w:t xml:space="preserve">Haal -er van het werkwoord af en voeg de juiste uitgang toe. </w:t>
      </w:r>
      <w:proofErr w:type="spellStart"/>
      <w:r>
        <w:t>Voorbeeld</w:t>
      </w:r>
      <w:proofErr w:type="spellEnd"/>
      <w:r>
        <w:t xml:space="preserve">: </w:t>
      </w:r>
      <w:proofErr w:type="spellStart"/>
      <w:r>
        <w:t>parler</w:t>
      </w:r>
      <w:proofErr w:type="spellEnd"/>
      <w:r>
        <w:t xml:space="preserve"> (</w:t>
      </w:r>
      <w:proofErr w:type="spellStart"/>
      <w:r>
        <w:t>praten</w:t>
      </w:r>
      <w:proofErr w:type="spellEnd"/>
      <w:r>
        <w:t>) → parl-.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3402"/>
      </w:tblGrid>
      <w:tr w:rsidR="009E19E9" w14:paraId="2DAF8EA7" w14:textId="77777777">
        <w:trPr>
          <w:jc w:val="center"/>
        </w:trPr>
        <w:tc>
          <w:tcPr>
            <w:tcW w:w="2835" w:type="dxa"/>
            <w:shd w:val="clear" w:color="auto" w:fill="DCEAF5"/>
            <w:vAlign w:val="center"/>
          </w:tcPr>
          <w:p w14:paraId="12245F65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Wie?</w:t>
            </w:r>
          </w:p>
        </w:tc>
        <w:tc>
          <w:tcPr>
            <w:tcW w:w="2268" w:type="dxa"/>
            <w:shd w:val="clear" w:color="auto" w:fill="DCEAF5"/>
            <w:vAlign w:val="center"/>
          </w:tcPr>
          <w:p w14:paraId="186C550D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Uitgang</w:t>
            </w:r>
          </w:p>
        </w:tc>
        <w:tc>
          <w:tcPr>
            <w:tcW w:w="3402" w:type="dxa"/>
            <w:shd w:val="clear" w:color="auto" w:fill="DCEAF5"/>
            <w:vAlign w:val="center"/>
          </w:tcPr>
          <w:p w14:paraId="0F077F69" w14:textId="77777777" w:rsidR="009E19E9" w:rsidRDefault="00280DB9">
            <w:pPr>
              <w:spacing w:after="20"/>
            </w:pPr>
            <w:r>
              <w:rPr>
                <w:b/>
                <w:sz w:val="18"/>
              </w:rPr>
              <w:t>Voorbeeld</w:t>
            </w:r>
          </w:p>
        </w:tc>
      </w:tr>
      <w:tr w:rsidR="009E19E9" w14:paraId="3CBC6506" w14:textId="77777777">
        <w:trPr>
          <w:jc w:val="center"/>
        </w:trPr>
        <w:tc>
          <w:tcPr>
            <w:tcW w:w="2835" w:type="dxa"/>
            <w:vAlign w:val="center"/>
          </w:tcPr>
          <w:p w14:paraId="4300564A" w14:textId="77777777" w:rsidR="009E19E9" w:rsidRDefault="00280DB9">
            <w:pPr>
              <w:spacing w:after="20"/>
            </w:pPr>
            <w:r>
              <w:rPr>
                <w:sz w:val="18"/>
              </w:rPr>
              <w:t>je (ik)</w:t>
            </w:r>
          </w:p>
        </w:tc>
        <w:tc>
          <w:tcPr>
            <w:tcW w:w="2268" w:type="dxa"/>
            <w:vAlign w:val="center"/>
          </w:tcPr>
          <w:p w14:paraId="7EFB2281" w14:textId="77777777" w:rsidR="009E19E9" w:rsidRDefault="00280DB9">
            <w:pPr>
              <w:spacing w:after="20"/>
            </w:pPr>
            <w:r>
              <w:rPr>
                <w:sz w:val="18"/>
              </w:rPr>
              <w:t>-e</w:t>
            </w:r>
          </w:p>
        </w:tc>
        <w:tc>
          <w:tcPr>
            <w:tcW w:w="3402" w:type="dxa"/>
            <w:vAlign w:val="center"/>
          </w:tcPr>
          <w:p w14:paraId="0367B5F7" w14:textId="77777777" w:rsidR="009E19E9" w:rsidRDefault="00280DB9">
            <w:pPr>
              <w:spacing w:after="20"/>
            </w:pPr>
            <w:r>
              <w:rPr>
                <w:sz w:val="18"/>
              </w:rPr>
              <w:t>je parle</w:t>
            </w:r>
          </w:p>
        </w:tc>
      </w:tr>
      <w:tr w:rsidR="009E19E9" w14:paraId="02D86682" w14:textId="77777777">
        <w:trPr>
          <w:jc w:val="center"/>
        </w:trPr>
        <w:tc>
          <w:tcPr>
            <w:tcW w:w="2835" w:type="dxa"/>
            <w:vAlign w:val="center"/>
          </w:tcPr>
          <w:p w14:paraId="227C7C09" w14:textId="77777777" w:rsidR="009E19E9" w:rsidRDefault="00280DB9">
            <w:pPr>
              <w:spacing w:after="20"/>
            </w:pPr>
            <w:r>
              <w:rPr>
                <w:sz w:val="18"/>
              </w:rPr>
              <w:t>tu (jij)</w:t>
            </w:r>
          </w:p>
        </w:tc>
        <w:tc>
          <w:tcPr>
            <w:tcW w:w="2268" w:type="dxa"/>
            <w:vAlign w:val="center"/>
          </w:tcPr>
          <w:p w14:paraId="1CAF2B7B" w14:textId="77777777" w:rsidR="009E19E9" w:rsidRDefault="00280DB9">
            <w:pPr>
              <w:spacing w:after="20"/>
            </w:pPr>
            <w:r>
              <w:rPr>
                <w:sz w:val="18"/>
              </w:rPr>
              <w:t>-es</w:t>
            </w:r>
          </w:p>
        </w:tc>
        <w:tc>
          <w:tcPr>
            <w:tcW w:w="3402" w:type="dxa"/>
            <w:vAlign w:val="center"/>
          </w:tcPr>
          <w:p w14:paraId="0723C8BB" w14:textId="77777777" w:rsidR="009E19E9" w:rsidRDefault="00280DB9">
            <w:pPr>
              <w:spacing w:after="20"/>
            </w:pPr>
            <w:r>
              <w:rPr>
                <w:sz w:val="18"/>
              </w:rPr>
              <w:t>tu parles</w:t>
            </w:r>
          </w:p>
        </w:tc>
      </w:tr>
      <w:tr w:rsidR="009E19E9" w14:paraId="01F8C1D0" w14:textId="77777777">
        <w:trPr>
          <w:jc w:val="center"/>
        </w:trPr>
        <w:tc>
          <w:tcPr>
            <w:tcW w:w="2835" w:type="dxa"/>
            <w:vAlign w:val="center"/>
          </w:tcPr>
          <w:p w14:paraId="42E14206" w14:textId="6DD0811C" w:rsidR="009E19E9" w:rsidRPr="002828EE" w:rsidRDefault="00280DB9">
            <w:pPr>
              <w:spacing w:after="20"/>
              <w:rPr>
                <w:lang w:val="nl-NL"/>
              </w:rPr>
            </w:pPr>
            <w:proofErr w:type="spellStart"/>
            <w:r w:rsidRPr="002828EE">
              <w:rPr>
                <w:sz w:val="18"/>
                <w:lang w:val="nl-NL"/>
              </w:rPr>
              <w:t>il</w:t>
            </w:r>
            <w:proofErr w:type="spellEnd"/>
            <w:r w:rsidRPr="002828EE">
              <w:rPr>
                <w:sz w:val="18"/>
                <w:lang w:val="nl-NL"/>
              </w:rPr>
              <w:t xml:space="preserve"> / elle </w:t>
            </w:r>
            <w:r w:rsidR="002828EE" w:rsidRPr="002828EE">
              <w:rPr>
                <w:sz w:val="18"/>
                <w:lang w:val="nl-NL"/>
              </w:rPr>
              <w:t xml:space="preserve">/ on </w:t>
            </w:r>
            <w:r w:rsidRPr="002828EE">
              <w:rPr>
                <w:sz w:val="18"/>
                <w:lang w:val="nl-NL"/>
              </w:rPr>
              <w:t>(hij / zij</w:t>
            </w:r>
            <w:r w:rsidR="002828EE" w:rsidRPr="002828EE">
              <w:rPr>
                <w:sz w:val="18"/>
                <w:lang w:val="nl-NL"/>
              </w:rPr>
              <w:t xml:space="preserve"> / wij</w:t>
            </w:r>
            <w:r w:rsidRPr="002828EE">
              <w:rPr>
                <w:sz w:val="18"/>
                <w:lang w:val="nl-NL"/>
              </w:rPr>
              <w:t>)</w:t>
            </w:r>
          </w:p>
        </w:tc>
        <w:tc>
          <w:tcPr>
            <w:tcW w:w="2268" w:type="dxa"/>
            <w:vAlign w:val="center"/>
          </w:tcPr>
          <w:p w14:paraId="56AEADE2" w14:textId="77777777" w:rsidR="009E19E9" w:rsidRDefault="00280DB9">
            <w:pPr>
              <w:spacing w:after="20"/>
            </w:pPr>
            <w:r>
              <w:rPr>
                <w:sz w:val="18"/>
              </w:rPr>
              <w:t>-e</w:t>
            </w:r>
          </w:p>
        </w:tc>
        <w:tc>
          <w:tcPr>
            <w:tcW w:w="3402" w:type="dxa"/>
            <w:vAlign w:val="center"/>
          </w:tcPr>
          <w:p w14:paraId="06518F72" w14:textId="77777777" w:rsidR="009E19E9" w:rsidRDefault="00280DB9">
            <w:pPr>
              <w:spacing w:after="20"/>
            </w:pPr>
            <w:r>
              <w:rPr>
                <w:sz w:val="18"/>
              </w:rPr>
              <w:t>elle parle</w:t>
            </w:r>
          </w:p>
        </w:tc>
      </w:tr>
    </w:tbl>
    <w:p w14:paraId="5167F64E" w14:textId="77777777" w:rsidR="002828EE" w:rsidRDefault="002828EE" w:rsidP="002828EE">
      <w:pPr>
        <w:rPr>
          <w:lang w:val="nl-NL"/>
        </w:rPr>
      </w:pPr>
    </w:p>
    <w:p w14:paraId="169182C6" w14:textId="1672E92C" w:rsidR="009E19E9" w:rsidRPr="002828EE" w:rsidRDefault="00280DB9" w:rsidP="002828EE">
      <w:pPr>
        <w:pStyle w:val="Kop2"/>
        <w:rPr>
          <w:lang w:val="nl-NL"/>
        </w:rPr>
      </w:pPr>
      <w:r w:rsidRPr="002828EE">
        <w:rPr>
          <w:lang w:val="nl-NL"/>
        </w:rPr>
        <w:t>Stap 3 – De Franse zinsvolgorde</w:t>
      </w:r>
    </w:p>
    <w:p w14:paraId="67529D60" w14:textId="77777777" w:rsidR="009E19E9" w:rsidRPr="002828EE" w:rsidRDefault="00280DB9">
      <w:pPr>
        <w:rPr>
          <w:b/>
          <w:lang w:val="nl-NL"/>
        </w:rPr>
      </w:pPr>
      <w:r w:rsidRPr="002828EE">
        <w:rPr>
          <w:b/>
          <w:color w:val="234F78"/>
          <w:sz w:val="26"/>
          <w:lang w:val="nl-NL"/>
        </w:rPr>
        <w:t>WIE/WAT + WERKWOORD + REST + TIJD/PLAATS</w:t>
      </w:r>
    </w:p>
    <w:p w14:paraId="676C5599" w14:textId="77777777" w:rsidR="009E19E9" w:rsidRPr="002828EE" w:rsidRDefault="00280DB9">
      <w:pPr>
        <w:rPr>
          <w:lang w:val="nl-NL"/>
        </w:rPr>
      </w:pPr>
      <w:proofErr w:type="spellStart"/>
      <w:r w:rsidRPr="002828EE">
        <w:rPr>
          <w:lang w:val="fr-BE"/>
        </w:rPr>
        <w:t>Voorbeeld</w:t>
      </w:r>
      <w:proofErr w:type="spellEnd"/>
      <w:r w:rsidRPr="002828EE">
        <w:rPr>
          <w:lang w:val="fr-BE"/>
        </w:rPr>
        <w:t xml:space="preserve">: Je joue au football dans le parc. </w:t>
      </w:r>
      <w:r w:rsidRPr="002828EE">
        <w:rPr>
          <w:lang w:val="nl-NL"/>
        </w:rPr>
        <w:t>= Ik speel voetbal in het park.</w:t>
      </w:r>
    </w:p>
    <w:p w14:paraId="421CB3BC" w14:textId="77777777" w:rsidR="009E19E9" w:rsidRPr="002828EE" w:rsidRDefault="00280DB9">
      <w:pPr>
        <w:rPr>
          <w:lang w:val="fr-BE"/>
        </w:rPr>
      </w:pPr>
      <w:r w:rsidRPr="002828EE">
        <w:rPr>
          <w:lang w:val="fr-BE"/>
        </w:rPr>
        <w:t xml:space="preserve">Je = </w:t>
      </w:r>
      <w:proofErr w:type="spellStart"/>
      <w:r w:rsidRPr="002828EE">
        <w:rPr>
          <w:lang w:val="fr-BE"/>
        </w:rPr>
        <w:t>wie</w:t>
      </w:r>
      <w:proofErr w:type="spellEnd"/>
      <w:r w:rsidRPr="002828EE">
        <w:rPr>
          <w:lang w:val="fr-BE"/>
        </w:rPr>
        <w:t xml:space="preserve">?  |  joue = </w:t>
      </w:r>
      <w:proofErr w:type="spellStart"/>
      <w:r w:rsidRPr="002828EE">
        <w:rPr>
          <w:lang w:val="fr-BE"/>
        </w:rPr>
        <w:t>werkwoord</w:t>
      </w:r>
      <w:proofErr w:type="spellEnd"/>
      <w:r w:rsidRPr="002828EE">
        <w:rPr>
          <w:lang w:val="fr-BE"/>
        </w:rPr>
        <w:t xml:space="preserve">  |  au football = </w:t>
      </w:r>
      <w:proofErr w:type="spellStart"/>
      <w:r w:rsidRPr="002828EE">
        <w:rPr>
          <w:lang w:val="fr-BE"/>
        </w:rPr>
        <w:t>rest</w:t>
      </w:r>
      <w:proofErr w:type="spellEnd"/>
      <w:r w:rsidRPr="002828EE">
        <w:rPr>
          <w:lang w:val="fr-BE"/>
        </w:rPr>
        <w:t xml:space="preserve">  |  dans le parc = </w:t>
      </w:r>
      <w:proofErr w:type="spellStart"/>
      <w:r w:rsidRPr="002828EE">
        <w:rPr>
          <w:lang w:val="fr-BE"/>
        </w:rPr>
        <w:t>plaats</w:t>
      </w:r>
      <w:proofErr w:type="spellEnd"/>
    </w:p>
    <w:p w14:paraId="62281560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 xml:space="preserve">Je kunt tijd ook vooraan zetten: </w:t>
      </w:r>
      <w:proofErr w:type="spellStart"/>
      <w:r w:rsidRPr="002828EE">
        <w:rPr>
          <w:lang w:val="nl-NL"/>
        </w:rPr>
        <w:t>Aujourd’hui</w:t>
      </w:r>
      <w:proofErr w:type="spellEnd"/>
      <w:r w:rsidRPr="002828EE">
        <w:rPr>
          <w:lang w:val="nl-NL"/>
        </w:rPr>
        <w:t xml:space="preserve">, je </w:t>
      </w:r>
      <w:proofErr w:type="spellStart"/>
      <w:r w:rsidRPr="002828EE">
        <w:rPr>
          <w:lang w:val="nl-NL"/>
        </w:rPr>
        <w:t>joue</w:t>
      </w:r>
      <w:proofErr w:type="spellEnd"/>
      <w:r w:rsidRPr="002828EE">
        <w:rPr>
          <w:lang w:val="nl-NL"/>
        </w:rPr>
        <w:t xml:space="preserve"> au </w:t>
      </w:r>
      <w:proofErr w:type="spellStart"/>
      <w:r w:rsidRPr="002828EE">
        <w:rPr>
          <w:lang w:val="nl-NL"/>
        </w:rPr>
        <w:t>football</w:t>
      </w:r>
      <w:proofErr w:type="spellEnd"/>
      <w:r w:rsidRPr="002828EE">
        <w:rPr>
          <w:lang w:val="nl-NL"/>
        </w:rPr>
        <w:t xml:space="preserve"> dans </w:t>
      </w:r>
      <w:proofErr w:type="spellStart"/>
      <w:r w:rsidRPr="002828EE">
        <w:rPr>
          <w:lang w:val="nl-NL"/>
        </w:rPr>
        <w:t>le</w:t>
      </w:r>
      <w:proofErr w:type="spellEnd"/>
      <w:r w:rsidRPr="002828EE">
        <w:rPr>
          <w:lang w:val="nl-NL"/>
        </w:rPr>
        <w:t xml:space="preserve"> </w:t>
      </w:r>
      <w:proofErr w:type="spellStart"/>
      <w:r w:rsidRPr="002828EE">
        <w:rPr>
          <w:lang w:val="nl-NL"/>
        </w:rPr>
        <w:t>parc</w:t>
      </w:r>
      <w:proofErr w:type="spellEnd"/>
      <w:r w:rsidRPr="002828EE">
        <w:rPr>
          <w:lang w:val="nl-NL"/>
        </w:rPr>
        <w:t>. = Vandaag speel ik voetbal in het park.</w:t>
      </w:r>
    </w:p>
    <w:p w14:paraId="38C1DF39" w14:textId="77777777" w:rsidR="002828EE" w:rsidRDefault="002828EE">
      <w:pPr>
        <w:spacing w:after="200"/>
        <w:rPr>
          <w:rFonts w:asciiTheme="majorHAnsi" w:eastAsiaTheme="majorEastAsia" w:hAnsiTheme="majorHAnsi" w:cstheme="majorBidi"/>
          <w:b/>
          <w:bCs/>
          <w:color w:val="234F78"/>
          <w:sz w:val="24"/>
          <w:szCs w:val="26"/>
        </w:rPr>
      </w:pPr>
      <w:r>
        <w:br w:type="page"/>
      </w:r>
    </w:p>
    <w:p w14:paraId="36C8FB29" w14:textId="637C75D9" w:rsidR="009E19E9" w:rsidRPr="002828EE" w:rsidRDefault="00280DB9">
      <w:pPr>
        <w:pStyle w:val="Kop2"/>
        <w:rPr>
          <w:lang w:val="nl-NL"/>
        </w:rPr>
      </w:pPr>
      <w:r w:rsidRPr="002828EE">
        <w:rPr>
          <w:lang w:val="nl-NL"/>
        </w:rPr>
        <w:lastRenderedPageBreak/>
        <w:t>Handige woorden: tijd en plaats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757"/>
        <w:gridCol w:w="2154"/>
        <w:gridCol w:w="2268"/>
      </w:tblGrid>
      <w:tr w:rsidR="009E19E9" w14:paraId="66853186" w14:textId="77777777">
        <w:trPr>
          <w:jc w:val="center"/>
        </w:trPr>
        <w:tc>
          <w:tcPr>
            <w:tcW w:w="1984" w:type="dxa"/>
            <w:shd w:val="clear" w:color="auto" w:fill="DCEAF5"/>
            <w:vAlign w:val="center"/>
          </w:tcPr>
          <w:p w14:paraId="57583453" w14:textId="77777777" w:rsidR="009E19E9" w:rsidRDefault="00280DB9">
            <w:pPr>
              <w:spacing w:after="20"/>
            </w:pPr>
            <w:proofErr w:type="spellStart"/>
            <w:r>
              <w:rPr>
                <w:b/>
                <w:sz w:val="16"/>
              </w:rPr>
              <w:t>Tijd</w:t>
            </w:r>
            <w:proofErr w:type="spellEnd"/>
            <w:r>
              <w:rPr>
                <w:b/>
                <w:sz w:val="16"/>
              </w:rPr>
              <w:t xml:space="preserve"> (Quand ? = wanneer?)</w:t>
            </w:r>
          </w:p>
        </w:tc>
        <w:tc>
          <w:tcPr>
            <w:tcW w:w="1757" w:type="dxa"/>
            <w:shd w:val="clear" w:color="auto" w:fill="DCEAF5"/>
            <w:vAlign w:val="center"/>
          </w:tcPr>
          <w:p w14:paraId="6DDC4B96" w14:textId="77777777" w:rsidR="009E19E9" w:rsidRDefault="00280DB9">
            <w:pPr>
              <w:spacing w:after="20"/>
            </w:pPr>
            <w:r>
              <w:rPr>
                <w:b/>
                <w:sz w:val="16"/>
              </w:rPr>
              <w:t>Betekenis</w:t>
            </w:r>
          </w:p>
        </w:tc>
        <w:tc>
          <w:tcPr>
            <w:tcW w:w="2154" w:type="dxa"/>
            <w:shd w:val="clear" w:color="auto" w:fill="DCEAF5"/>
            <w:vAlign w:val="center"/>
          </w:tcPr>
          <w:p w14:paraId="374CA7DD" w14:textId="77777777" w:rsidR="009E19E9" w:rsidRDefault="00280DB9">
            <w:pPr>
              <w:spacing w:after="20"/>
            </w:pPr>
            <w:r>
              <w:rPr>
                <w:b/>
                <w:sz w:val="16"/>
              </w:rPr>
              <w:t>Plaats (Où ? = waar?)</w:t>
            </w:r>
          </w:p>
        </w:tc>
        <w:tc>
          <w:tcPr>
            <w:tcW w:w="2268" w:type="dxa"/>
            <w:shd w:val="clear" w:color="auto" w:fill="DCEAF5"/>
            <w:vAlign w:val="center"/>
          </w:tcPr>
          <w:p w14:paraId="12D09232" w14:textId="77777777" w:rsidR="009E19E9" w:rsidRDefault="00280DB9">
            <w:pPr>
              <w:spacing w:after="20"/>
            </w:pPr>
            <w:r>
              <w:rPr>
                <w:b/>
                <w:sz w:val="16"/>
              </w:rPr>
              <w:t>Betekenis</w:t>
            </w:r>
          </w:p>
        </w:tc>
      </w:tr>
      <w:tr w:rsidR="009E19E9" w14:paraId="1E0B5377" w14:textId="77777777">
        <w:trPr>
          <w:jc w:val="center"/>
        </w:trPr>
        <w:tc>
          <w:tcPr>
            <w:tcW w:w="1984" w:type="dxa"/>
            <w:vAlign w:val="center"/>
          </w:tcPr>
          <w:p w14:paraId="1EC9C5B6" w14:textId="77777777" w:rsidR="009E19E9" w:rsidRDefault="00280DB9">
            <w:pPr>
              <w:spacing w:after="20"/>
            </w:pPr>
            <w:r>
              <w:rPr>
                <w:sz w:val="16"/>
              </w:rPr>
              <w:t>aujourd’hui</w:t>
            </w:r>
          </w:p>
        </w:tc>
        <w:tc>
          <w:tcPr>
            <w:tcW w:w="1757" w:type="dxa"/>
            <w:vAlign w:val="center"/>
          </w:tcPr>
          <w:p w14:paraId="3DB29D67" w14:textId="77777777" w:rsidR="009E19E9" w:rsidRDefault="00280DB9">
            <w:pPr>
              <w:spacing w:after="20"/>
            </w:pPr>
            <w:r>
              <w:rPr>
                <w:sz w:val="16"/>
              </w:rPr>
              <w:t>vandaag</w:t>
            </w:r>
          </w:p>
        </w:tc>
        <w:tc>
          <w:tcPr>
            <w:tcW w:w="2154" w:type="dxa"/>
            <w:vAlign w:val="center"/>
          </w:tcPr>
          <w:p w14:paraId="084D3A6F" w14:textId="77777777" w:rsidR="009E19E9" w:rsidRDefault="00280DB9">
            <w:pPr>
              <w:spacing w:after="20"/>
            </w:pPr>
            <w:r>
              <w:rPr>
                <w:sz w:val="16"/>
              </w:rPr>
              <w:t>à la maison</w:t>
            </w:r>
          </w:p>
        </w:tc>
        <w:tc>
          <w:tcPr>
            <w:tcW w:w="2268" w:type="dxa"/>
            <w:vAlign w:val="center"/>
          </w:tcPr>
          <w:p w14:paraId="15C768C7" w14:textId="77777777" w:rsidR="009E19E9" w:rsidRDefault="00280DB9">
            <w:pPr>
              <w:spacing w:after="20"/>
            </w:pPr>
            <w:r>
              <w:rPr>
                <w:sz w:val="16"/>
              </w:rPr>
              <w:t>thuis</w:t>
            </w:r>
          </w:p>
        </w:tc>
      </w:tr>
      <w:tr w:rsidR="009E19E9" w14:paraId="5A317D46" w14:textId="77777777">
        <w:trPr>
          <w:jc w:val="center"/>
        </w:trPr>
        <w:tc>
          <w:tcPr>
            <w:tcW w:w="1984" w:type="dxa"/>
            <w:vAlign w:val="center"/>
          </w:tcPr>
          <w:p w14:paraId="338DC669" w14:textId="77777777" w:rsidR="009E19E9" w:rsidRDefault="00280DB9">
            <w:pPr>
              <w:spacing w:after="20"/>
            </w:pPr>
            <w:r>
              <w:rPr>
                <w:sz w:val="16"/>
              </w:rPr>
              <w:t>demain</w:t>
            </w:r>
          </w:p>
        </w:tc>
        <w:tc>
          <w:tcPr>
            <w:tcW w:w="1757" w:type="dxa"/>
            <w:vAlign w:val="center"/>
          </w:tcPr>
          <w:p w14:paraId="61017D3D" w14:textId="77777777" w:rsidR="009E19E9" w:rsidRDefault="00280DB9">
            <w:pPr>
              <w:spacing w:after="20"/>
            </w:pPr>
            <w:r>
              <w:rPr>
                <w:sz w:val="16"/>
              </w:rPr>
              <w:t>morgen</w:t>
            </w:r>
          </w:p>
        </w:tc>
        <w:tc>
          <w:tcPr>
            <w:tcW w:w="2154" w:type="dxa"/>
            <w:vAlign w:val="center"/>
          </w:tcPr>
          <w:p w14:paraId="112E77DC" w14:textId="77777777" w:rsidR="009E19E9" w:rsidRDefault="00280DB9">
            <w:pPr>
              <w:spacing w:after="20"/>
            </w:pPr>
            <w:r>
              <w:rPr>
                <w:sz w:val="16"/>
              </w:rPr>
              <w:t>à l’école</w:t>
            </w:r>
          </w:p>
        </w:tc>
        <w:tc>
          <w:tcPr>
            <w:tcW w:w="2268" w:type="dxa"/>
            <w:vAlign w:val="center"/>
          </w:tcPr>
          <w:p w14:paraId="3EB8FF93" w14:textId="77777777" w:rsidR="009E19E9" w:rsidRDefault="00280DB9">
            <w:pPr>
              <w:spacing w:after="20"/>
            </w:pPr>
            <w:r>
              <w:rPr>
                <w:sz w:val="16"/>
              </w:rPr>
              <w:t>op school</w:t>
            </w:r>
          </w:p>
        </w:tc>
      </w:tr>
      <w:tr w:rsidR="009E19E9" w14:paraId="0D4E9C42" w14:textId="77777777">
        <w:trPr>
          <w:jc w:val="center"/>
        </w:trPr>
        <w:tc>
          <w:tcPr>
            <w:tcW w:w="1984" w:type="dxa"/>
            <w:vAlign w:val="center"/>
          </w:tcPr>
          <w:p w14:paraId="379FBC39" w14:textId="77777777" w:rsidR="009E19E9" w:rsidRDefault="00280DB9">
            <w:pPr>
              <w:spacing w:after="20"/>
            </w:pPr>
            <w:r>
              <w:rPr>
                <w:sz w:val="16"/>
              </w:rPr>
              <w:t>le matin</w:t>
            </w:r>
          </w:p>
        </w:tc>
        <w:tc>
          <w:tcPr>
            <w:tcW w:w="1757" w:type="dxa"/>
            <w:vAlign w:val="center"/>
          </w:tcPr>
          <w:p w14:paraId="0604AFBA" w14:textId="77777777" w:rsidR="009E19E9" w:rsidRDefault="00280DB9">
            <w:pPr>
              <w:spacing w:after="20"/>
            </w:pPr>
            <w:r>
              <w:rPr>
                <w:sz w:val="16"/>
              </w:rPr>
              <w:t>’s ochtends</w:t>
            </w:r>
          </w:p>
        </w:tc>
        <w:tc>
          <w:tcPr>
            <w:tcW w:w="2154" w:type="dxa"/>
            <w:vAlign w:val="center"/>
          </w:tcPr>
          <w:p w14:paraId="7CD61DF3" w14:textId="77777777" w:rsidR="009E19E9" w:rsidRDefault="00280DB9">
            <w:pPr>
              <w:spacing w:after="20"/>
            </w:pPr>
            <w:r>
              <w:rPr>
                <w:sz w:val="16"/>
              </w:rPr>
              <w:t>dans le parc</w:t>
            </w:r>
          </w:p>
        </w:tc>
        <w:tc>
          <w:tcPr>
            <w:tcW w:w="2268" w:type="dxa"/>
            <w:vAlign w:val="center"/>
          </w:tcPr>
          <w:p w14:paraId="3D47FA00" w14:textId="77777777" w:rsidR="009E19E9" w:rsidRDefault="00280DB9">
            <w:pPr>
              <w:spacing w:after="20"/>
            </w:pPr>
            <w:r>
              <w:rPr>
                <w:sz w:val="16"/>
              </w:rPr>
              <w:t>in het park</w:t>
            </w:r>
          </w:p>
        </w:tc>
      </w:tr>
      <w:tr w:rsidR="009E19E9" w:rsidRPr="002828EE" w14:paraId="056E9283" w14:textId="77777777">
        <w:trPr>
          <w:jc w:val="center"/>
        </w:trPr>
        <w:tc>
          <w:tcPr>
            <w:tcW w:w="1984" w:type="dxa"/>
            <w:vAlign w:val="center"/>
          </w:tcPr>
          <w:p w14:paraId="1BCD43AE" w14:textId="77777777" w:rsidR="009E19E9" w:rsidRDefault="00280DB9">
            <w:pPr>
              <w:spacing w:after="20"/>
            </w:pPr>
            <w:r>
              <w:rPr>
                <w:sz w:val="16"/>
              </w:rPr>
              <w:t>l’après-midi</w:t>
            </w:r>
          </w:p>
        </w:tc>
        <w:tc>
          <w:tcPr>
            <w:tcW w:w="1757" w:type="dxa"/>
            <w:vAlign w:val="center"/>
          </w:tcPr>
          <w:p w14:paraId="2CAA2A6D" w14:textId="77777777" w:rsidR="009E19E9" w:rsidRDefault="00280DB9">
            <w:pPr>
              <w:spacing w:after="20"/>
            </w:pPr>
            <w:r>
              <w:rPr>
                <w:sz w:val="16"/>
              </w:rPr>
              <w:t>’s middags</w:t>
            </w:r>
          </w:p>
        </w:tc>
        <w:tc>
          <w:tcPr>
            <w:tcW w:w="2154" w:type="dxa"/>
            <w:vAlign w:val="center"/>
          </w:tcPr>
          <w:p w14:paraId="172A64A0" w14:textId="77777777" w:rsidR="009E19E9" w:rsidRDefault="00280DB9">
            <w:pPr>
              <w:spacing w:after="20"/>
            </w:pPr>
            <w:r>
              <w:rPr>
                <w:sz w:val="16"/>
              </w:rPr>
              <w:t>au collège</w:t>
            </w:r>
          </w:p>
        </w:tc>
        <w:tc>
          <w:tcPr>
            <w:tcW w:w="2268" w:type="dxa"/>
            <w:vAlign w:val="center"/>
          </w:tcPr>
          <w:p w14:paraId="50631D79" w14:textId="77777777" w:rsidR="009E19E9" w:rsidRPr="002828EE" w:rsidRDefault="00280DB9">
            <w:pPr>
              <w:spacing w:after="20"/>
              <w:rPr>
                <w:lang w:val="nl-NL"/>
              </w:rPr>
            </w:pPr>
            <w:r w:rsidRPr="002828EE">
              <w:rPr>
                <w:sz w:val="16"/>
                <w:lang w:val="nl-NL"/>
              </w:rPr>
              <w:t>op school / op de middelbare school</w:t>
            </w:r>
          </w:p>
        </w:tc>
      </w:tr>
      <w:tr w:rsidR="009E19E9" w14:paraId="5DF489BE" w14:textId="77777777">
        <w:trPr>
          <w:jc w:val="center"/>
        </w:trPr>
        <w:tc>
          <w:tcPr>
            <w:tcW w:w="1984" w:type="dxa"/>
            <w:vAlign w:val="center"/>
          </w:tcPr>
          <w:p w14:paraId="7DF7601C" w14:textId="77777777" w:rsidR="009E19E9" w:rsidRDefault="00280DB9">
            <w:pPr>
              <w:spacing w:after="20"/>
            </w:pPr>
            <w:r>
              <w:rPr>
                <w:sz w:val="16"/>
              </w:rPr>
              <w:t xml:space="preserve">le </w:t>
            </w:r>
            <w:proofErr w:type="spellStart"/>
            <w:r>
              <w:rPr>
                <w:sz w:val="16"/>
              </w:rPr>
              <w:t>soir</w:t>
            </w:r>
            <w:proofErr w:type="spellEnd"/>
          </w:p>
        </w:tc>
        <w:tc>
          <w:tcPr>
            <w:tcW w:w="1757" w:type="dxa"/>
            <w:vAlign w:val="center"/>
          </w:tcPr>
          <w:p w14:paraId="162F1F0A" w14:textId="77777777" w:rsidR="009E19E9" w:rsidRDefault="00280DB9">
            <w:pPr>
              <w:spacing w:after="20"/>
            </w:pPr>
            <w:r>
              <w:rPr>
                <w:sz w:val="16"/>
              </w:rPr>
              <w:t>’s avonds</w:t>
            </w:r>
          </w:p>
        </w:tc>
        <w:tc>
          <w:tcPr>
            <w:tcW w:w="2154" w:type="dxa"/>
            <w:vAlign w:val="center"/>
          </w:tcPr>
          <w:p w14:paraId="28C688B1" w14:textId="77777777" w:rsidR="009E19E9" w:rsidRDefault="00280DB9">
            <w:pPr>
              <w:spacing w:after="20"/>
            </w:pPr>
            <w:r>
              <w:rPr>
                <w:sz w:val="16"/>
              </w:rPr>
              <w:t>au cinéma</w:t>
            </w:r>
          </w:p>
        </w:tc>
        <w:tc>
          <w:tcPr>
            <w:tcW w:w="2268" w:type="dxa"/>
            <w:vAlign w:val="center"/>
          </w:tcPr>
          <w:p w14:paraId="6376C1C5" w14:textId="77777777" w:rsidR="009E19E9" w:rsidRDefault="00280DB9">
            <w:pPr>
              <w:spacing w:after="20"/>
            </w:pPr>
            <w:r>
              <w:rPr>
                <w:sz w:val="16"/>
              </w:rPr>
              <w:t>in de bioscoop</w:t>
            </w:r>
          </w:p>
        </w:tc>
      </w:tr>
      <w:tr w:rsidR="009E19E9" w14:paraId="31DA06A2" w14:textId="77777777">
        <w:trPr>
          <w:jc w:val="center"/>
        </w:trPr>
        <w:tc>
          <w:tcPr>
            <w:tcW w:w="1984" w:type="dxa"/>
            <w:vAlign w:val="center"/>
          </w:tcPr>
          <w:p w14:paraId="09551C70" w14:textId="77777777" w:rsidR="009E19E9" w:rsidRDefault="00280DB9">
            <w:pPr>
              <w:spacing w:after="20"/>
            </w:pPr>
            <w:r>
              <w:rPr>
                <w:sz w:val="16"/>
              </w:rPr>
              <w:t>après l’école</w:t>
            </w:r>
          </w:p>
        </w:tc>
        <w:tc>
          <w:tcPr>
            <w:tcW w:w="1757" w:type="dxa"/>
            <w:vAlign w:val="center"/>
          </w:tcPr>
          <w:p w14:paraId="2130A312" w14:textId="77777777" w:rsidR="009E19E9" w:rsidRDefault="00280DB9">
            <w:pPr>
              <w:spacing w:after="20"/>
            </w:pPr>
            <w:r>
              <w:rPr>
                <w:sz w:val="16"/>
              </w:rPr>
              <w:t>na school</w:t>
            </w:r>
          </w:p>
        </w:tc>
        <w:tc>
          <w:tcPr>
            <w:tcW w:w="2154" w:type="dxa"/>
            <w:vAlign w:val="center"/>
          </w:tcPr>
          <w:p w14:paraId="61ECADB9" w14:textId="77777777" w:rsidR="009E19E9" w:rsidRDefault="00280DB9">
            <w:pPr>
              <w:spacing w:after="20"/>
            </w:pPr>
            <w:r>
              <w:rPr>
                <w:sz w:val="16"/>
              </w:rPr>
              <w:t>dans ma chambre</w:t>
            </w:r>
          </w:p>
        </w:tc>
        <w:tc>
          <w:tcPr>
            <w:tcW w:w="2268" w:type="dxa"/>
            <w:vAlign w:val="center"/>
          </w:tcPr>
          <w:p w14:paraId="4FD17749" w14:textId="77777777" w:rsidR="009E19E9" w:rsidRDefault="00280DB9">
            <w:pPr>
              <w:spacing w:after="20"/>
            </w:pPr>
            <w:r>
              <w:rPr>
                <w:sz w:val="16"/>
              </w:rPr>
              <w:t>in mijn slaapkamer</w:t>
            </w:r>
          </w:p>
        </w:tc>
      </w:tr>
      <w:tr w:rsidR="009E19E9" w14:paraId="6F74EC95" w14:textId="77777777">
        <w:trPr>
          <w:jc w:val="center"/>
        </w:trPr>
        <w:tc>
          <w:tcPr>
            <w:tcW w:w="1984" w:type="dxa"/>
            <w:vAlign w:val="center"/>
          </w:tcPr>
          <w:p w14:paraId="143D49E6" w14:textId="77777777" w:rsidR="009E19E9" w:rsidRDefault="00280DB9">
            <w:pPr>
              <w:spacing w:after="20"/>
            </w:pPr>
            <w:r>
              <w:rPr>
                <w:sz w:val="16"/>
              </w:rPr>
              <w:t>le samedi</w:t>
            </w:r>
          </w:p>
        </w:tc>
        <w:tc>
          <w:tcPr>
            <w:tcW w:w="1757" w:type="dxa"/>
            <w:vAlign w:val="center"/>
          </w:tcPr>
          <w:p w14:paraId="0E48B641" w14:textId="77777777" w:rsidR="009E19E9" w:rsidRDefault="00280DB9">
            <w:pPr>
              <w:spacing w:after="20"/>
            </w:pPr>
            <w:r>
              <w:rPr>
                <w:sz w:val="16"/>
              </w:rPr>
              <w:t>op zaterdag</w:t>
            </w:r>
          </w:p>
        </w:tc>
        <w:tc>
          <w:tcPr>
            <w:tcW w:w="2154" w:type="dxa"/>
            <w:vAlign w:val="center"/>
          </w:tcPr>
          <w:p w14:paraId="168489D9" w14:textId="77777777" w:rsidR="009E19E9" w:rsidRDefault="00280DB9">
            <w:pPr>
              <w:spacing w:after="20"/>
            </w:pPr>
            <w:r>
              <w:rPr>
                <w:sz w:val="16"/>
              </w:rPr>
              <w:t>chez mon ami(e)</w:t>
            </w:r>
          </w:p>
        </w:tc>
        <w:tc>
          <w:tcPr>
            <w:tcW w:w="2268" w:type="dxa"/>
            <w:vAlign w:val="center"/>
          </w:tcPr>
          <w:p w14:paraId="75A90014" w14:textId="77777777" w:rsidR="009E19E9" w:rsidRDefault="00280DB9">
            <w:pPr>
              <w:spacing w:after="20"/>
            </w:pPr>
            <w:r>
              <w:rPr>
                <w:sz w:val="16"/>
              </w:rPr>
              <w:t>bij mijn vriend(in)</w:t>
            </w:r>
          </w:p>
        </w:tc>
      </w:tr>
      <w:tr w:rsidR="009E19E9" w14:paraId="47624C23" w14:textId="77777777">
        <w:trPr>
          <w:jc w:val="center"/>
        </w:trPr>
        <w:tc>
          <w:tcPr>
            <w:tcW w:w="1984" w:type="dxa"/>
            <w:vAlign w:val="center"/>
          </w:tcPr>
          <w:p w14:paraId="73A510EE" w14:textId="77777777" w:rsidR="009E19E9" w:rsidRDefault="00280DB9">
            <w:pPr>
              <w:spacing w:after="20"/>
            </w:pPr>
            <w:r>
              <w:rPr>
                <w:sz w:val="16"/>
              </w:rPr>
              <w:t>le week-end</w:t>
            </w:r>
          </w:p>
        </w:tc>
        <w:tc>
          <w:tcPr>
            <w:tcW w:w="1757" w:type="dxa"/>
            <w:vAlign w:val="center"/>
          </w:tcPr>
          <w:p w14:paraId="1E875D98" w14:textId="77777777" w:rsidR="009E19E9" w:rsidRDefault="00280DB9">
            <w:pPr>
              <w:spacing w:after="20"/>
            </w:pPr>
            <w:r>
              <w:rPr>
                <w:sz w:val="16"/>
              </w:rPr>
              <w:t>in het weekend</w:t>
            </w:r>
          </w:p>
        </w:tc>
        <w:tc>
          <w:tcPr>
            <w:tcW w:w="2154" w:type="dxa"/>
            <w:vAlign w:val="center"/>
          </w:tcPr>
          <w:p w14:paraId="4A1E4FAF" w14:textId="77777777" w:rsidR="009E19E9" w:rsidRDefault="00280DB9">
            <w:pPr>
              <w:spacing w:after="20"/>
            </w:pPr>
            <w:r>
              <w:rPr>
                <w:sz w:val="16"/>
              </w:rPr>
              <w:t>au centre-ville</w:t>
            </w:r>
          </w:p>
        </w:tc>
        <w:tc>
          <w:tcPr>
            <w:tcW w:w="2268" w:type="dxa"/>
            <w:vAlign w:val="center"/>
          </w:tcPr>
          <w:p w14:paraId="07E3C0A6" w14:textId="77777777" w:rsidR="009E19E9" w:rsidRDefault="00280DB9">
            <w:pPr>
              <w:spacing w:after="20"/>
            </w:pPr>
            <w:r>
              <w:rPr>
                <w:sz w:val="16"/>
              </w:rPr>
              <w:t>in het centrum</w:t>
            </w:r>
          </w:p>
        </w:tc>
      </w:tr>
    </w:tbl>
    <w:p w14:paraId="740CCC0E" w14:textId="77777777" w:rsidR="009E19E9" w:rsidRPr="002828EE" w:rsidRDefault="00280DB9">
      <w:pPr>
        <w:pStyle w:val="Kop2"/>
        <w:rPr>
          <w:lang w:val="nl-NL"/>
        </w:rPr>
      </w:pPr>
      <w:r w:rsidRPr="002828EE">
        <w:rPr>
          <w:lang w:val="nl-NL"/>
        </w:rPr>
        <w:t>Handige woorden voor de rest van je zin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2098"/>
        <w:gridCol w:w="2268"/>
        <w:gridCol w:w="3798"/>
      </w:tblGrid>
      <w:tr w:rsidR="009E19E9" w14:paraId="41AFFAF4" w14:textId="77777777">
        <w:trPr>
          <w:jc w:val="center"/>
        </w:trPr>
        <w:tc>
          <w:tcPr>
            <w:tcW w:w="2098" w:type="dxa"/>
            <w:shd w:val="clear" w:color="auto" w:fill="DCEAF5"/>
            <w:vAlign w:val="center"/>
          </w:tcPr>
          <w:p w14:paraId="29FD29D3" w14:textId="77777777" w:rsidR="009E19E9" w:rsidRDefault="00280DB9">
            <w:pPr>
              <w:spacing w:after="20"/>
            </w:pPr>
            <w:r>
              <w:rPr>
                <w:b/>
                <w:sz w:val="16"/>
              </w:rPr>
              <w:t>Frans</w:t>
            </w:r>
          </w:p>
        </w:tc>
        <w:tc>
          <w:tcPr>
            <w:tcW w:w="2268" w:type="dxa"/>
            <w:shd w:val="clear" w:color="auto" w:fill="DCEAF5"/>
            <w:vAlign w:val="center"/>
          </w:tcPr>
          <w:p w14:paraId="703A5D7D" w14:textId="77777777" w:rsidR="009E19E9" w:rsidRDefault="00280DB9">
            <w:pPr>
              <w:spacing w:after="20"/>
            </w:pPr>
            <w:r>
              <w:rPr>
                <w:b/>
                <w:sz w:val="16"/>
              </w:rPr>
              <w:t>Betekenis</w:t>
            </w:r>
          </w:p>
        </w:tc>
        <w:tc>
          <w:tcPr>
            <w:tcW w:w="3798" w:type="dxa"/>
            <w:shd w:val="clear" w:color="auto" w:fill="DCEAF5"/>
            <w:vAlign w:val="center"/>
          </w:tcPr>
          <w:p w14:paraId="0A217C73" w14:textId="77777777" w:rsidR="009E19E9" w:rsidRDefault="00280DB9">
            <w:pPr>
              <w:spacing w:after="20"/>
            </w:pPr>
            <w:r>
              <w:rPr>
                <w:b/>
                <w:sz w:val="16"/>
              </w:rPr>
              <w:t>Voorbeeld</w:t>
            </w:r>
          </w:p>
        </w:tc>
      </w:tr>
      <w:tr w:rsidR="009E19E9" w14:paraId="1534384B" w14:textId="77777777">
        <w:trPr>
          <w:jc w:val="center"/>
        </w:trPr>
        <w:tc>
          <w:tcPr>
            <w:tcW w:w="2098" w:type="dxa"/>
            <w:vAlign w:val="center"/>
          </w:tcPr>
          <w:p w14:paraId="173B3ECE" w14:textId="77777777" w:rsidR="009E19E9" w:rsidRDefault="00280DB9">
            <w:pPr>
              <w:spacing w:after="20"/>
            </w:pPr>
            <w:r>
              <w:rPr>
                <w:sz w:val="16"/>
              </w:rPr>
              <w:t>la musique</w:t>
            </w:r>
          </w:p>
        </w:tc>
        <w:tc>
          <w:tcPr>
            <w:tcW w:w="2268" w:type="dxa"/>
            <w:vAlign w:val="center"/>
          </w:tcPr>
          <w:p w14:paraId="56E52858" w14:textId="77777777" w:rsidR="009E19E9" w:rsidRDefault="00280DB9">
            <w:pPr>
              <w:spacing w:after="20"/>
            </w:pPr>
            <w:r>
              <w:rPr>
                <w:sz w:val="16"/>
              </w:rPr>
              <w:t>de muziek</w:t>
            </w:r>
          </w:p>
        </w:tc>
        <w:tc>
          <w:tcPr>
            <w:tcW w:w="3798" w:type="dxa"/>
            <w:vAlign w:val="center"/>
          </w:tcPr>
          <w:p w14:paraId="3049AB0F" w14:textId="77777777" w:rsidR="009E19E9" w:rsidRDefault="00280DB9">
            <w:pPr>
              <w:spacing w:after="20"/>
            </w:pPr>
            <w:r>
              <w:rPr>
                <w:sz w:val="16"/>
              </w:rPr>
              <w:t>J’écoute la musique.</w:t>
            </w:r>
          </w:p>
        </w:tc>
      </w:tr>
      <w:tr w:rsidR="009E19E9" w14:paraId="10DC091D" w14:textId="77777777">
        <w:trPr>
          <w:jc w:val="center"/>
        </w:trPr>
        <w:tc>
          <w:tcPr>
            <w:tcW w:w="2098" w:type="dxa"/>
            <w:vAlign w:val="center"/>
          </w:tcPr>
          <w:p w14:paraId="0F60408F" w14:textId="77777777" w:rsidR="009E19E9" w:rsidRDefault="00280DB9">
            <w:pPr>
              <w:spacing w:after="20"/>
            </w:pPr>
            <w:r>
              <w:rPr>
                <w:sz w:val="16"/>
              </w:rPr>
              <w:t>un film</w:t>
            </w:r>
          </w:p>
        </w:tc>
        <w:tc>
          <w:tcPr>
            <w:tcW w:w="2268" w:type="dxa"/>
            <w:vAlign w:val="center"/>
          </w:tcPr>
          <w:p w14:paraId="7A9960F9" w14:textId="77777777" w:rsidR="009E19E9" w:rsidRDefault="00280DB9">
            <w:pPr>
              <w:spacing w:after="20"/>
            </w:pPr>
            <w:r>
              <w:rPr>
                <w:sz w:val="16"/>
              </w:rPr>
              <w:t>een film</w:t>
            </w:r>
          </w:p>
        </w:tc>
        <w:tc>
          <w:tcPr>
            <w:tcW w:w="3798" w:type="dxa"/>
            <w:vAlign w:val="center"/>
          </w:tcPr>
          <w:p w14:paraId="692A250B" w14:textId="77777777" w:rsidR="009E19E9" w:rsidRDefault="00280DB9">
            <w:pPr>
              <w:spacing w:after="20"/>
            </w:pPr>
            <w:r>
              <w:rPr>
                <w:sz w:val="16"/>
              </w:rPr>
              <w:t>Je regarde un film.</w:t>
            </w:r>
          </w:p>
        </w:tc>
      </w:tr>
      <w:tr w:rsidR="009E19E9" w14:paraId="5B1A9AF6" w14:textId="77777777">
        <w:trPr>
          <w:jc w:val="center"/>
        </w:trPr>
        <w:tc>
          <w:tcPr>
            <w:tcW w:w="2098" w:type="dxa"/>
            <w:vAlign w:val="center"/>
          </w:tcPr>
          <w:p w14:paraId="64566983" w14:textId="77777777" w:rsidR="009E19E9" w:rsidRDefault="00280DB9">
            <w:pPr>
              <w:spacing w:after="20"/>
            </w:pPr>
            <w:r>
              <w:rPr>
                <w:sz w:val="16"/>
              </w:rPr>
              <w:t>au football</w:t>
            </w:r>
          </w:p>
        </w:tc>
        <w:tc>
          <w:tcPr>
            <w:tcW w:w="2268" w:type="dxa"/>
            <w:vAlign w:val="center"/>
          </w:tcPr>
          <w:p w14:paraId="621AA778" w14:textId="77777777" w:rsidR="009E19E9" w:rsidRDefault="00280DB9">
            <w:pPr>
              <w:spacing w:after="20"/>
            </w:pPr>
            <w:r>
              <w:rPr>
                <w:sz w:val="16"/>
              </w:rPr>
              <w:t>voetbal</w:t>
            </w:r>
          </w:p>
        </w:tc>
        <w:tc>
          <w:tcPr>
            <w:tcW w:w="3798" w:type="dxa"/>
            <w:vAlign w:val="center"/>
          </w:tcPr>
          <w:p w14:paraId="3397A17A" w14:textId="77777777" w:rsidR="009E19E9" w:rsidRDefault="00280DB9">
            <w:pPr>
              <w:spacing w:after="20"/>
            </w:pPr>
            <w:r>
              <w:rPr>
                <w:sz w:val="16"/>
              </w:rPr>
              <w:t>Je joue au football.</w:t>
            </w:r>
          </w:p>
        </w:tc>
      </w:tr>
      <w:tr w:rsidR="009E19E9" w:rsidRPr="002828EE" w14:paraId="158AA182" w14:textId="77777777">
        <w:trPr>
          <w:jc w:val="center"/>
        </w:trPr>
        <w:tc>
          <w:tcPr>
            <w:tcW w:w="2098" w:type="dxa"/>
            <w:vAlign w:val="center"/>
          </w:tcPr>
          <w:p w14:paraId="26B7C0CF" w14:textId="77777777" w:rsidR="009E19E9" w:rsidRDefault="00280DB9">
            <w:pPr>
              <w:spacing w:after="20"/>
            </w:pPr>
            <w:r>
              <w:rPr>
                <w:sz w:val="16"/>
              </w:rPr>
              <w:t>à la guitare</w:t>
            </w:r>
          </w:p>
        </w:tc>
        <w:tc>
          <w:tcPr>
            <w:tcW w:w="2268" w:type="dxa"/>
            <w:vAlign w:val="center"/>
          </w:tcPr>
          <w:p w14:paraId="726C9F2F" w14:textId="77777777" w:rsidR="009E19E9" w:rsidRDefault="00280DB9">
            <w:pPr>
              <w:spacing w:after="20"/>
            </w:pPr>
            <w:r>
              <w:rPr>
                <w:sz w:val="16"/>
              </w:rPr>
              <w:t>gitaar (bespelen)</w:t>
            </w:r>
          </w:p>
        </w:tc>
        <w:tc>
          <w:tcPr>
            <w:tcW w:w="3798" w:type="dxa"/>
            <w:vAlign w:val="center"/>
          </w:tcPr>
          <w:p w14:paraId="4C23D40C" w14:textId="77777777" w:rsidR="009E19E9" w:rsidRPr="002828EE" w:rsidRDefault="00280DB9">
            <w:pPr>
              <w:spacing w:after="20"/>
              <w:rPr>
                <w:lang w:val="fr-BE"/>
              </w:rPr>
            </w:pPr>
            <w:r w:rsidRPr="002828EE">
              <w:rPr>
                <w:sz w:val="16"/>
                <w:lang w:val="fr-BE"/>
              </w:rPr>
              <w:t>Je joue à la guitare.</w:t>
            </w:r>
          </w:p>
        </w:tc>
      </w:tr>
      <w:tr w:rsidR="009E19E9" w:rsidRPr="002828EE" w14:paraId="28024789" w14:textId="77777777">
        <w:trPr>
          <w:jc w:val="center"/>
        </w:trPr>
        <w:tc>
          <w:tcPr>
            <w:tcW w:w="2098" w:type="dxa"/>
            <w:vAlign w:val="center"/>
          </w:tcPr>
          <w:p w14:paraId="0262C734" w14:textId="77777777" w:rsidR="009E19E9" w:rsidRDefault="00280DB9">
            <w:pPr>
              <w:spacing w:after="20"/>
            </w:pPr>
            <w:r>
              <w:rPr>
                <w:sz w:val="16"/>
              </w:rPr>
              <w:t>un livre</w:t>
            </w:r>
          </w:p>
        </w:tc>
        <w:tc>
          <w:tcPr>
            <w:tcW w:w="2268" w:type="dxa"/>
            <w:vAlign w:val="center"/>
          </w:tcPr>
          <w:p w14:paraId="2280DA9A" w14:textId="77777777" w:rsidR="009E19E9" w:rsidRDefault="00280DB9">
            <w:pPr>
              <w:spacing w:after="20"/>
            </w:pPr>
            <w:r>
              <w:rPr>
                <w:sz w:val="16"/>
              </w:rPr>
              <w:t>een boek</w:t>
            </w:r>
          </w:p>
        </w:tc>
        <w:tc>
          <w:tcPr>
            <w:tcW w:w="3798" w:type="dxa"/>
            <w:vAlign w:val="center"/>
          </w:tcPr>
          <w:p w14:paraId="444F0F14" w14:textId="77777777" w:rsidR="009E19E9" w:rsidRPr="002828EE" w:rsidRDefault="00280DB9">
            <w:pPr>
              <w:spacing w:after="20"/>
              <w:rPr>
                <w:lang w:val="nl-NL"/>
              </w:rPr>
            </w:pPr>
            <w:r w:rsidRPr="002828EE">
              <w:rPr>
                <w:sz w:val="16"/>
                <w:lang w:val="nl-NL"/>
              </w:rPr>
              <w:t xml:space="preserve">Je </w:t>
            </w:r>
            <w:proofErr w:type="spellStart"/>
            <w:r w:rsidRPr="002828EE">
              <w:rPr>
                <w:sz w:val="16"/>
                <w:lang w:val="nl-NL"/>
              </w:rPr>
              <w:t>regarde</w:t>
            </w:r>
            <w:proofErr w:type="spellEnd"/>
            <w:r w:rsidRPr="002828EE">
              <w:rPr>
                <w:sz w:val="16"/>
                <w:lang w:val="nl-NL"/>
              </w:rPr>
              <w:t xml:space="preserve"> </w:t>
            </w:r>
            <w:proofErr w:type="spellStart"/>
            <w:r w:rsidRPr="002828EE">
              <w:rPr>
                <w:sz w:val="16"/>
                <w:lang w:val="nl-NL"/>
              </w:rPr>
              <w:t>un</w:t>
            </w:r>
            <w:proofErr w:type="spellEnd"/>
            <w:r w:rsidRPr="002828EE">
              <w:rPr>
                <w:sz w:val="16"/>
                <w:lang w:val="nl-NL"/>
              </w:rPr>
              <w:t xml:space="preserve"> </w:t>
            </w:r>
            <w:proofErr w:type="spellStart"/>
            <w:r w:rsidRPr="002828EE">
              <w:rPr>
                <w:sz w:val="16"/>
                <w:lang w:val="nl-NL"/>
              </w:rPr>
              <w:t>livre</w:t>
            </w:r>
            <w:proofErr w:type="spellEnd"/>
            <w:r w:rsidRPr="002828EE">
              <w:rPr>
                <w:sz w:val="16"/>
                <w:lang w:val="nl-NL"/>
              </w:rPr>
              <w:t>. (Ik bekijk een boek.)</w:t>
            </w:r>
          </w:p>
        </w:tc>
      </w:tr>
      <w:tr w:rsidR="009E19E9" w14:paraId="3B5FFC4F" w14:textId="77777777">
        <w:trPr>
          <w:jc w:val="center"/>
        </w:trPr>
        <w:tc>
          <w:tcPr>
            <w:tcW w:w="2098" w:type="dxa"/>
            <w:vAlign w:val="center"/>
          </w:tcPr>
          <w:p w14:paraId="7A7F215E" w14:textId="77777777" w:rsidR="009E19E9" w:rsidRDefault="00280DB9">
            <w:pPr>
              <w:spacing w:after="20"/>
            </w:pPr>
            <w:r>
              <w:rPr>
                <w:sz w:val="16"/>
              </w:rPr>
              <w:t>un sandwich</w:t>
            </w:r>
          </w:p>
        </w:tc>
        <w:tc>
          <w:tcPr>
            <w:tcW w:w="2268" w:type="dxa"/>
            <w:vAlign w:val="center"/>
          </w:tcPr>
          <w:p w14:paraId="7A3001BD" w14:textId="77777777" w:rsidR="009E19E9" w:rsidRDefault="00280DB9">
            <w:pPr>
              <w:spacing w:after="20"/>
            </w:pPr>
            <w:r>
              <w:rPr>
                <w:sz w:val="16"/>
              </w:rPr>
              <w:t>een broodje</w:t>
            </w:r>
          </w:p>
        </w:tc>
        <w:tc>
          <w:tcPr>
            <w:tcW w:w="3798" w:type="dxa"/>
            <w:vAlign w:val="center"/>
          </w:tcPr>
          <w:p w14:paraId="1EBFB3C3" w14:textId="77777777" w:rsidR="009E19E9" w:rsidRDefault="00280DB9">
            <w:pPr>
              <w:spacing w:after="20"/>
            </w:pPr>
            <w:r>
              <w:rPr>
                <w:sz w:val="16"/>
              </w:rPr>
              <w:t>Je mange un sandwich.</w:t>
            </w:r>
          </w:p>
        </w:tc>
      </w:tr>
      <w:tr w:rsidR="009E19E9" w:rsidRPr="002828EE" w14:paraId="7A975EF9" w14:textId="77777777">
        <w:trPr>
          <w:jc w:val="center"/>
        </w:trPr>
        <w:tc>
          <w:tcPr>
            <w:tcW w:w="2098" w:type="dxa"/>
            <w:vAlign w:val="center"/>
          </w:tcPr>
          <w:p w14:paraId="6C5F2C93" w14:textId="77777777" w:rsidR="009E19E9" w:rsidRDefault="00280DB9">
            <w:pPr>
              <w:spacing w:after="20"/>
            </w:pPr>
            <w:r>
              <w:rPr>
                <w:sz w:val="16"/>
              </w:rPr>
              <w:t>mes amis</w:t>
            </w:r>
          </w:p>
        </w:tc>
        <w:tc>
          <w:tcPr>
            <w:tcW w:w="2268" w:type="dxa"/>
            <w:vAlign w:val="center"/>
          </w:tcPr>
          <w:p w14:paraId="1A3E075B" w14:textId="77777777" w:rsidR="009E19E9" w:rsidRDefault="00280DB9">
            <w:pPr>
              <w:spacing w:after="20"/>
            </w:pPr>
            <w:r>
              <w:rPr>
                <w:sz w:val="16"/>
              </w:rPr>
              <w:t>mijn vrienden</w:t>
            </w:r>
          </w:p>
        </w:tc>
        <w:tc>
          <w:tcPr>
            <w:tcW w:w="3798" w:type="dxa"/>
            <w:vAlign w:val="center"/>
          </w:tcPr>
          <w:p w14:paraId="58ACDC96" w14:textId="77777777" w:rsidR="009E19E9" w:rsidRPr="002828EE" w:rsidRDefault="00280DB9">
            <w:pPr>
              <w:spacing w:after="20"/>
              <w:rPr>
                <w:lang w:val="fr-BE"/>
              </w:rPr>
            </w:pPr>
            <w:r w:rsidRPr="002828EE">
              <w:rPr>
                <w:sz w:val="16"/>
                <w:lang w:val="fr-BE"/>
              </w:rPr>
              <w:t>Je parle avec mes amis.</w:t>
            </w:r>
          </w:p>
        </w:tc>
      </w:tr>
      <w:tr w:rsidR="009E19E9" w14:paraId="431086E7" w14:textId="77777777">
        <w:trPr>
          <w:jc w:val="center"/>
        </w:trPr>
        <w:tc>
          <w:tcPr>
            <w:tcW w:w="2098" w:type="dxa"/>
            <w:vAlign w:val="center"/>
          </w:tcPr>
          <w:p w14:paraId="1C2379A9" w14:textId="77777777" w:rsidR="009E19E9" w:rsidRDefault="00280DB9">
            <w:pPr>
              <w:spacing w:after="20"/>
            </w:pPr>
            <w:proofErr w:type="spellStart"/>
            <w:r>
              <w:rPr>
                <w:sz w:val="16"/>
              </w:rPr>
              <w:t>mon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chien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mon</w:t>
            </w:r>
            <w:proofErr w:type="spellEnd"/>
            <w:r>
              <w:rPr>
                <w:sz w:val="16"/>
              </w:rPr>
              <w:t xml:space="preserve"> chat</w:t>
            </w:r>
          </w:p>
        </w:tc>
        <w:tc>
          <w:tcPr>
            <w:tcW w:w="2268" w:type="dxa"/>
            <w:vAlign w:val="center"/>
          </w:tcPr>
          <w:p w14:paraId="17FEFDF9" w14:textId="77777777" w:rsidR="009E19E9" w:rsidRDefault="00280DB9">
            <w:pPr>
              <w:spacing w:after="20"/>
            </w:pPr>
            <w:r>
              <w:rPr>
                <w:sz w:val="16"/>
              </w:rPr>
              <w:t>mijn hond / mijn kat</w:t>
            </w:r>
          </w:p>
        </w:tc>
        <w:tc>
          <w:tcPr>
            <w:tcW w:w="3798" w:type="dxa"/>
            <w:vAlign w:val="center"/>
          </w:tcPr>
          <w:p w14:paraId="2C61E810" w14:textId="77777777" w:rsidR="009E19E9" w:rsidRDefault="00280DB9">
            <w:pPr>
              <w:spacing w:after="20"/>
            </w:pPr>
            <w:r>
              <w:rPr>
                <w:sz w:val="16"/>
              </w:rPr>
              <w:t>J’aime mon chien.</w:t>
            </w:r>
          </w:p>
        </w:tc>
      </w:tr>
      <w:tr w:rsidR="009E19E9" w:rsidRPr="002828EE" w14:paraId="3581B538" w14:textId="77777777">
        <w:trPr>
          <w:jc w:val="center"/>
        </w:trPr>
        <w:tc>
          <w:tcPr>
            <w:tcW w:w="2098" w:type="dxa"/>
            <w:vAlign w:val="center"/>
          </w:tcPr>
          <w:p w14:paraId="6C1424A1" w14:textId="77777777" w:rsidR="009E19E9" w:rsidRDefault="00280DB9">
            <w:pPr>
              <w:spacing w:after="20"/>
            </w:pPr>
            <w:r>
              <w:rPr>
                <w:sz w:val="16"/>
              </w:rPr>
              <w:t>avec ma sœur</w:t>
            </w:r>
          </w:p>
        </w:tc>
        <w:tc>
          <w:tcPr>
            <w:tcW w:w="2268" w:type="dxa"/>
            <w:vAlign w:val="center"/>
          </w:tcPr>
          <w:p w14:paraId="5BCE3716" w14:textId="77777777" w:rsidR="009E19E9" w:rsidRDefault="00280DB9">
            <w:pPr>
              <w:spacing w:after="20"/>
            </w:pPr>
            <w:r>
              <w:rPr>
                <w:sz w:val="16"/>
              </w:rPr>
              <w:t>met mijn zus</w:t>
            </w:r>
          </w:p>
        </w:tc>
        <w:tc>
          <w:tcPr>
            <w:tcW w:w="3798" w:type="dxa"/>
            <w:vAlign w:val="center"/>
          </w:tcPr>
          <w:p w14:paraId="112437EA" w14:textId="77777777" w:rsidR="009E19E9" w:rsidRPr="002828EE" w:rsidRDefault="00280DB9">
            <w:pPr>
              <w:spacing w:after="20"/>
              <w:rPr>
                <w:lang w:val="fr-BE"/>
              </w:rPr>
            </w:pPr>
            <w:r w:rsidRPr="002828EE">
              <w:rPr>
                <w:sz w:val="16"/>
                <w:lang w:val="fr-BE"/>
              </w:rPr>
              <w:t>Je danse avec ma sœur.</w:t>
            </w:r>
          </w:p>
        </w:tc>
      </w:tr>
      <w:tr w:rsidR="009E19E9" w:rsidRPr="002828EE" w14:paraId="44B94561" w14:textId="77777777">
        <w:trPr>
          <w:jc w:val="center"/>
        </w:trPr>
        <w:tc>
          <w:tcPr>
            <w:tcW w:w="2098" w:type="dxa"/>
            <w:vAlign w:val="center"/>
          </w:tcPr>
          <w:p w14:paraId="4C11FB70" w14:textId="77777777" w:rsidR="009E19E9" w:rsidRDefault="00280DB9">
            <w:pPr>
              <w:spacing w:after="20"/>
            </w:pPr>
            <w:r>
              <w:rPr>
                <w:sz w:val="16"/>
              </w:rPr>
              <w:t xml:space="preserve">avec </w:t>
            </w:r>
            <w:proofErr w:type="spellStart"/>
            <w:r>
              <w:rPr>
                <w:sz w:val="16"/>
              </w:rPr>
              <w:t>mes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amis</w:t>
            </w:r>
            <w:proofErr w:type="spellEnd"/>
          </w:p>
        </w:tc>
        <w:tc>
          <w:tcPr>
            <w:tcW w:w="2268" w:type="dxa"/>
            <w:vAlign w:val="center"/>
          </w:tcPr>
          <w:p w14:paraId="68E7C636" w14:textId="77777777" w:rsidR="009E19E9" w:rsidRDefault="00280DB9">
            <w:pPr>
              <w:spacing w:after="20"/>
            </w:pPr>
            <w:r>
              <w:rPr>
                <w:sz w:val="16"/>
              </w:rPr>
              <w:t>met mijn vrienden</w:t>
            </w:r>
          </w:p>
        </w:tc>
        <w:tc>
          <w:tcPr>
            <w:tcW w:w="3798" w:type="dxa"/>
            <w:vAlign w:val="center"/>
          </w:tcPr>
          <w:p w14:paraId="1EABED3F" w14:textId="77777777" w:rsidR="009E19E9" w:rsidRPr="002828EE" w:rsidRDefault="00280DB9">
            <w:pPr>
              <w:spacing w:after="20"/>
              <w:rPr>
                <w:lang w:val="fr-BE"/>
              </w:rPr>
            </w:pPr>
            <w:r w:rsidRPr="002828EE">
              <w:rPr>
                <w:sz w:val="16"/>
                <w:lang w:val="fr-BE"/>
              </w:rPr>
              <w:t>Je joue avec mes amis.</w:t>
            </w:r>
          </w:p>
        </w:tc>
      </w:tr>
      <w:tr w:rsidR="009E19E9" w14:paraId="1A99D71C" w14:textId="77777777">
        <w:trPr>
          <w:jc w:val="center"/>
        </w:trPr>
        <w:tc>
          <w:tcPr>
            <w:tcW w:w="2098" w:type="dxa"/>
            <w:vAlign w:val="center"/>
          </w:tcPr>
          <w:p w14:paraId="12A77C9F" w14:textId="77777777" w:rsidR="009E19E9" w:rsidRDefault="00280DB9">
            <w:pPr>
              <w:spacing w:after="20"/>
            </w:pPr>
            <w:r>
              <w:rPr>
                <w:sz w:val="16"/>
              </w:rPr>
              <w:t>du tennis</w:t>
            </w:r>
          </w:p>
        </w:tc>
        <w:tc>
          <w:tcPr>
            <w:tcW w:w="2268" w:type="dxa"/>
            <w:vAlign w:val="center"/>
          </w:tcPr>
          <w:p w14:paraId="3E64A632" w14:textId="77777777" w:rsidR="009E19E9" w:rsidRDefault="00280DB9">
            <w:pPr>
              <w:spacing w:after="20"/>
            </w:pPr>
            <w:r>
              <w:rPr>
                <w:sz w:val="16"/>
              </w:rPr>
              <w:t>tennis</w:t>
            </w:r>
          </w:p>
        </w:tc>
        <w:tc>
          <w:tcPr>
            <w:tcW w:w="3798" w:type="dxa"/>
            <w:vAlign w:val="center"/>
          </w:tcPr>
          <w:p w14:paraId="36489C1D" w14:textId="77777777" w:rsidR="009E19E9" w:rsidRDefault="00280DB9">
            <w:pPr>
              <w:spacing w:after="20"/>
            </w:pPr>
            <w:r>
              <w:rPr>
                <w:sz w:val="16"/>
              </w:rPr>
              <w:t>Je joue au tennis.</w:t>
            </w:r>
          </w:p>
        </w:tc>
      </w:tr>
      <w:tr w:rsidR="009E19E9" w14:paraId="3979E048" w14:textId="77777777">
        <w:trPr>
          <w:jc w:val="center"/>
        </w:trPr>
        <w:tc>
          <w:tcPr>
            <w:tcW w:w="2098" w:type="dxa"/>
            <w:vAlign w:val="center"/>
          </w:tcPr>
          <w:p w14:paraId="1ADE0718" w14:textId="77777777" w:rsidR="009E19E9" w:rsidRDefault="00280DB9">
            <w:pPr>
              <w:spacing w:after="20"/>
            </w:pPr>
            <w:r>
              <w:rPr>
                <w:sz w:val="16"/>
              </w:rPr>
              <w:t>la télévision</w:t>
            </w:r>
          </w:p>
        </w:tc>
        <w:tc>
          <w:tcPr>
            <w:tcW w:w="2268" w:type="dxa"/>
            <w:vAlign w:val="center"/>
          </w:tcPr>
          <w:p w14:paraId="52C2E6DB" w14:textId="77777777" w:rsidR="009E19E9" w:rsidRDefault="00280DB9">
            <w:pPr>
              <w:spacing w:after="20"/>
            </w:pPr>
            <w:r>
              <w:rPr>
                <w:sz w:val="16"/>
              </w:rPr>
              <w:t>de televisie</w:t>
            </w:r>
          </w:p>
        </w:tc>
        <w:tc>
          <w:tcPr>
            <w:tcW w:w="3798" w:type="dxa"/>
            <w:vAlign w:val="center"/>
          </w:tcPr>
          <w:p w14:paraId="1A1F2FCF" w14:textId="77777777" w:rsidR="009E19E9" w:rsidRDefault="00280DB9">
            <w:pPr>
              <w:spacing w:after="20"/>
            </w:pPr>
            <w:r>
              <w:rPr>
                <w:sz w:val="16"/>
              </w:rPr>
              <w:t>Je regarde la télévision.</w:t>
            </w:r>
          </w:p>
        </w:tc>
      </w:tr>
    </w:tbl>
    <w:p w14:paraId="139DF9F5" w14:textId="77777777" w:rsidR="009E19E9" w:rsidRDefault="009E19E9">
      <w:pPr>
        <w:spacing w:after="20"/>
      </w:pPr>
    </w:p>
    <w:p w14:paraId="4B5601FC" w14:textId="77777777" w:rsidR="002828EE" w:rsidRDefault="00280DB9" w:rsidP="002828EE">
      <w:pPr>
        <w:rPr>
          <w:lang w:val="nl-NL"/>
        </w:rPr>
      </w:pPr>
      <w:r w:rsidRPr="002828EE">
        <w:rPr>
          <w:lang w:val="nl-NL"/>
        </w:rPr>
        <w:t xml:space="preserve">Verbindingswoorden: et = en • mais = maar • </w:t>
      </w:r>
      <w:proofErr w:type="spellStart"/>
      <w:r w:rsidRPr="002828EE">
        <w:rPr>
          <w:lang w:val="nl-NL"/>
        </w:rPr>
        <w:t>puis</w:t>
      </w:r>
      <w:proofErr w:type="spellEnd"/>
      <w:r w:rsidRPr="002828EE">
        <w:rPr>
          <w:lang w:val="nl-NL"/>
        </w:rPr>
        <w:t xml:space="preserve"> = daarna • </w:t>
      </w:r>
      <w:proofErr w:type="spellStart"/>
      <w:r w:rsidRPr="002828EE">
        <w:rPr>
          <w:lang w:val="nl-NL"/>
        </w:rPr>
        <w:t>ensuite</w:t>
      </w:r>
      <w:proofErr w:type="spellEnd"/>
      <w:r w:rsidRPr="002828EE">
        <w:rPr>
          <w:lang w:val="nl-NL"/>
        </w:rPr>
        <w:t xml:space="preserve"> = vervolgens • enfin = ten slotte • </w:t>
      </w:r>
      <w:proofErr w:type="spellStart"/>
      <w:r w:rsidRPr="002828EE">
        <w:rPr>
          <w:lang w:val="nl-NL"/>
        </w:rPr>
        <w:t>parce</w:t>
      </w:r>
      <w:proofErr w:type="spellEnd"/>
      <w:r w:rsidRPr="002828EE">
        <w:rPr>
          <w:lang w:val="nl-NL"/>
        </w:rPr>
        <w:t xml:space="preserve"> que = omdat</w:t>
      </w:r>
      <w:r w:rsidR="002828EE">
        <w:rPr>
          <w:lang w:val="nl-NL"/>
        </w:rPr>
        <w:t xml:space="preserve">. </w:t>
      </w:r>
    </w:p>
    <w:p w14:paraId="233E85BE" w14:textId="3B551D68" w:rsidR="009E19E9" w:rsidRPr="002828EE" w:rsidRDefault="00280DB9" w:rsidP="002828EE">
      <w:pPr>
        <w:pStyle w:val="Kop2"/>
        <w:rPr>
          <w:lang w:val="nl-NL"/>
        </w:rPr>
      </w:pPr>
      <w:r w:rsidRPr="002828EE">
        <w:rPr>
          <w:lang w:val="nl-NL"/>
        </w:rPr>
        <w:t>Stap 4 – Schrijf jouw eigen verhaal!</w:t>
      </w:r>
    </w:p>
    <w:p w14:paraId="309D8C69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>B</w:t>
      </w:r>
      <w:r w:rsidRPr="002828EE">
        <w:rPr>
          <w:lang w:val="nl-NL"/>
        </w:rPr>
        <w:t>edenk een leuk, grappig of spannend verhaal. Bijvoorbeeld over een schooldag, een middag met vrienden, een huisdier of een avontuur in het park.</w:t>
      </w:r>
    </w:p>
    <w:p w14:paraId="27206F70" w14:textId="77777777" w:rsidR="009E19E9" w:rsidRDefault="00280DB9">
      <w:r>
        <w:t>De regels:</w:t>
      </w:r>
    </w:p>
    <w:p w14:paraId="225FE69E" w14:textId="77777777" w:rsidR="009E19E9" w:rsidRDefault="00280DB9">
      <w:pPr>
        <w:pStyle w:val="Lijstopsomteken"/>
        <w:spacing w:after="20"/>
      </w:pPr>
      <w:r>
        <w:t>Schrijf 6 tot 10 Franse zinnen.</w:t>
      </w:r>
    </w:p>
    <w:p w14:paraId="541F0773" w14:textId="77777777" w:rsidR="009E19E9" w:rsidRPr="002828EE" w:rsidRDefault="00280DB9">
      <w:pPr>
        <w:pStyle w:val="Lijstopsomteken"/>
        <w:spacing w:after="20"/>
        <w:rPr>
          <w:lang w:val="nl-NL"/>
        </w:rPr>
      </w:pPr>
      <w:r w:rsidRPr="002828EE">
        <w:rPr>
          <w:lang w:val="nl-NL"/>
        </w:rPr>
        <w:t>Gebruik minimaal 4 verschillende werkwoorden op -er.</w:t>
      </w:r>
    </w:p>
    <w:p w14:paraId="456DAEA1" w14:textId="77777777" w:rsidR="009E19E9" w:rsidRPr="002828EE" w:rsidRDefault="00280DB9">
      <w:pPr>
        <w:pStyle w:val="Lijstopsomteken"/>
        <w:spacing w:after="20"/>
        <w:rPr>
          <w:lang w:val="nl-NL"/>
        </w:rPr>
      </w:pPr>
      <w:r w:rsidRPr="002828EE">
        <w:rPr>
          <w:lang w:val="nl-NL"/>
        </w:rPr>
        <w:t xml:space="preserve">Gebruik minimaal één vorm van </w:t>
      </w:r>
      <w:proofErr w:type="spellStart"/>
      <w:r w:rsidRPr="002828EE">
        <w:rPr>
          <w:lang w:val="nl-NL"/>
        </w:rPr>
        <w:t>être</w:t>
      </w:r>
      <w:proofErr w:type="spellEnd"/>
      <w:r w:rsidRPr="002828EE">
        <w:rPr>
          <w:lang w:val="nl-NL"/>
        </w:rPr>
        <w:t xml:space="preserve"> en één vorm van </w:t>
      </w:r>
      <w:proofErr w:type="spellStart"/>
      <w:r w:rsidRPr="002828EE">
        <w:rPr>
          <w:lang w:val="nl-NL"/>
        </w:rPr>
        <w:t>avoir</w:t>
      </w:r>
      <w:proofErr w:type="spellEnd"/>
      <w:r w:rsidRPr="002828EE">
        <w:rPr>
          <w:lang w:val="nl-NL"/>
        </w:rPr>
        <w:t>.</w:t>
      </w:r>
    </w:p>
    <w:p w14:paraId="41CDA87C" w14:textId="77777777" w:rsidR="009E19E9" w:rsidRPr="002828EE" w:rsidRDefault="00280DB9">
      <w:pPr>
        <w:pStyle w:val="Lijstopsomteken"/>
        <w:spacing w:after="20"/>
        <w:rPr>
          <w:lang w:val="nl-NL"/>
        </w:rPr>
      </w:pPr>
      <w:r w:rsidRPr="002828EE">
        <w:rPr>
          <w:lang w:val="nl-NL"/>
        </w:rPr>
        <w:t>Let op de Franse zinsvolgorde en gebruik hoofdletters en punten.</w:t>
      </w:r>
    </w:p>
    <w:p w14:paraId="09C5649B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>Titel: __________________________________________________________________________</w:t>
      </w:r>
    </w:p>
    <w:p w14:paraId="74B153B0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1. ______________________________________________________________________________</w:t>
      </w:r>
    </w:p>
    <w:p w14:paraId="51E48EC8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2. ______________________________________________________________________________</w:t>
      </w:r>
    </w:p>
    <w:p w14:paraId="484674A2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3. ______________________________________________________________________________</w:t>
      </w:r>
    </w:p>
    <w:p w14:paraId="51F54CDB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4. ______________________________________________________________________________</w:t>
      </w:r>
    </w:p>
    <w:p w14:paraId="4A925DE0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5. ______________________________________________________________________________</w:t>
      </w:r>
    </w:p>
    <w:p w14:paraId="6C283EED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6. ______________________________________________________________________________</w:t>
      </w:r>
    </w:p>
    <w:p w14:paraId="5F030128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7. ______________________________________________________________________________</w:t>
      </w:r>
    </w:p>
    <w:p w14:paraId="11504D80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8. ______________________________________________________________________________</w:t>
      </w:r>
    </w:p>
    <w:p w14:paraId="50B9E58A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9. ______________________________________________________________________________</w:t>
      </w:r>
    </w:p>
    <w:p w14:paraId="06A7C843" w14:textId="77777777" w:rsidR="009E19E9" w:rsidRPr="002828EE" w:rsidRDefault="00280DB9">
      <w:pPr>
        <w:spacing w:after="140"/>
        <w:rPr>
          <w:lang w:val="nl-NL"/>
        </w:rPr>
      </w:pPr>
      <w:r w:rsidRPr="002828EE">
        <w:rPr>
          <w:lang w:val="nl-NL"/>
        </w:rPr>
        <w:t>10. ______________________________________________________________________________</w:t>
      </w:r>
    </w:p>
    <w:p w14:paraId="6DBA5FBE" w14:textId="77777777" w:rsidR="009E19E9" w:rsidRPr="002828EE" w:rsidRDefault="00280DB9">
      <w:pPr>
        <w:pStyle w:val="Kop1"/>
        <w:rPr>
          <w:lang w:val="nl-NL"/>
        </w:rPr>
      </w:pPr>
      <w:r w:rsidRPr="002828EE">
        <w:rPr>
          <w:lang w:val="nl-NL"/>
        </w:rPr>
        <w:lastRenderedPageBreak/>
        <w:t>Stap 5 – Maak een strip van jouw verhaal!</w:t>
      </w:r>
    </w:p>
    <w:p w14:paraId="21F7FF13" w14:textId="77777777" w:rsidR="009E19E9" w:rsidRPr="002828EE" w:rsidRDefault="00280DB9">
      <w:pPr>
        <w:rPr>
          <w:lang w:val="nl-NL"/>
        </w:rPr>
      </w:pPr>
      <w:r w:rsidRPr="002828EE">
        <w:rPr>
          <w:lang w:val="nl-NL"/>
        </w:rPr>
        <w:t>Teken je verhaal in zes vakjes. Laat zien wat er gebeurt. Je mag poppetjes, dieren, achtergronden en Franse tekstballonnen tekenen.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9E19E9" w14:paraId="5C65D483" w14:textId="77777777">
        <w:trPr>
          <w:trHeight w:val="2948"/>
          <w:jc w:val="center"/>
        </w:trPr>
        <w:tc>
          <w:tcPr>
            <w:tcW w:w="4535" w:type="dxa"/>
          </w:tcPr>
          <w:p w14:paraId="420149E7" w14:textId="77777777" w:rsidR="009E19E9" w:rsidRDefault="00280DB9">
            <w:pPr>
              <w:spacing w:after="0"/>
            </w:pPr>
            <w:proofErr w:type="spellStart"/>
            <w:r>
              <w:rPr>
                <w:b/>
                <w:color w:val="646464"/>
                <w:sz w:val="18"/>
              </w:rPr>
              <w:t>Vakje</w:t>
            </w:r>
            <w:proofErr w:type="spellEnd"/>
            <w:r>
              <w:rPr>
                <w:b/>
                <w:color w:val="646464"/>
                <w:sz w:val="18"/>
              </w:rPr>
              <w:t xml:space="preserve"> 1</w:t>
            </w:r>
          </w:p>
          <w:p w14:paraId="467D0021" w14:textId="77777777" w:rsidR="009E19E9" w:rsidRDefault="00280DB9">
            <w:pPr>
              <w:spacing w:after="0"/>
            </w:pPr>
            <w:r>
              <w:t xml:space="preserve"> </w:t>
            </w:r>
          </w:p>
        </w:tc>
        <w:tc>
          <w:tcPr>
            <w:tcW w:w="4535" w:type="dxa"/>
          </w:tcPr>
          <w:p w14:paraId="447ACA54" w14:textId="77777777" w:rsidR="009E19E9" w:rsidRDefault="00280DB9">
            <w:pPr>
              <w:spacing w:after="0"/>
            </w:pPr>
            <w:r>
              <w:rPr>
                <w:b/>
                <w:color w:val="646464"/>
                <w:sz w:val="18"/>
              </w:rPr>
              <w:t>Vakje 2</w:t>
            </w:r>
          </w:p>
          <w:p w14:paraId="35B0D846" w14:textId="77777777" w:rsidR="009E19E9" w:rsidRDefault="00280DB9">
            <w:pPr>
              <w:spacing w:after="0"/>
            </w:pPr>
            <w:r>
              <w:t xml:space="preserve"> </w:t>
            </w:r>
          </w:p>
        </w:tc>
      </w:tr>
      <w:tr w:rsidR="009E19E9" w14:paraId="5DAFCF55" w14:textId="77777777">
        <w:trPr>
          <w:trHeight w:val="2948"/>
          <w:jc w:val="center"/>
        </w:trPr>
        <w:tc>
          <w:tcPr>
            <w:tcW w:w="4535" w:type="dxa"/>
          </w:tcPr>
          <w:p w14:paraId="499692AF" w14:textId="77777777" w:rsidR="009E19E9" w:rsidRDefault="00280DB9">
            <w:pPr>
              <w:spacing w:after="0"/>
            </w:pPr>
            <w:r>
              <w:rPr>
                <w:b/>
                <w:color w:val="646464"/>
                <w:sz w:val="18"/>
              </w:rPr>
              <w:t>Vakje 3</w:t>
            </w:r>
          </w:p>
          <w:p w14:paraId="30862F66" w14:textId="77777777" w:rsidR="009E19E9" w:rsidRDefault="00280DB9">
            <w:pPr>
              <w:spacing w:after="0"/>
            </w:pPr>
            <w:r>
              <w:t xml:space="preserve"> </w:t>
            </w:r>
          </w:p>
        </w:tc>
        <w:tc>
          <w:tcPr>
            <w:tcW w:w="4535" w:type="dxa"/>
          </w:tcPr>
          <w:p w14:paraId="26D51E25" w14:textId="77777777" w:rsidR="009E19E9" w:rsidRDefault="00280DB9">
            <w:pPr>
              <w:spacing w:after="0"/>
            </w:pPr>
            <w:r>
              <w:rPr>
                <w:b/>
                <w:color w:val="646464"/>
                <w:sz w:val="18"/>
              </w:rPr>
              <w:t>Vakje 4</w:t>
            </w:r>
          </w:p>
          <w:p w14:paraId="58F22CDC" w14:textId="77777777" w:rsidR="009E19E9" w:rsidRDefault="00280DB9">
            <w:pPr>
              <w:spacing w:after="0"/>
            </w:pPr>
            <w:r>
              <w:t xml:space="preserve"> </w:t>
            </w:r>
          </w:p>
        </w:tc>
      </w:tr>
      <w:tr w:rsidR="009E19E9" w14:paraId="02262392" w14:textId="77777777">
        <w:trPr>
          <w:trHeight w:val="2948"/>
          <w:jc w:val="center"/>
        </w:trPr>
        <w:tc>
          <w:tcPr>
            <w:tcW w:w="4535" w:type="dxa"/>
          </w:tcPr>
          <w:p w14:paraId="3CB1E0CC" w14:textId="77777777" w:rsidR="009E19E9" w:rsidRDefault="00280DB9">
            <w:pPr>
              <w:spacing w:after="0"/>
            </w:pPr>
            <w:r>
              <w:rPr>
                <w:b/>
                <w:color w:val="646464"/>
                <w:sz w:val="18"/>
              </w:rPr>
              <w:t>Vakje 5</w:t>
            </w:r>
          </w:p>
          <w:p w14:paraId="0F09C1B0" w14:textId="77777777" w:rsidR="009E19E9" w:rsidRDefault="00280DB9">
            <w:pPr>
              <w:spacing w:after="0"/>
            </w:pPr>
            <w:r>
              <w:t xml:space="preserve"> </w:t>
            </w:r>
          </w:p>
        </w:tc>
        <w:tc>
          <w:tcPr>
            <w:tcW w:w="4535" w:type="dxa"/>
          </w:tcPr>
          <w:p w14:paraId="04582CAC" w14:textId="77777777" w:rsidR="009E19E9" w:rsidRDefault="00280DB9">
            <w:pPr>
              <w:spacing w:after="0"/>
            </w:pPr>
            <w:r>
              <w:rPr>
                <w:b/>
                <w:color w:val="646464"/>
                <w:sz w:val="18"/>
              </w:rPr>
              <w:t>Vakje 6</w:t>
            </w:r>
          </w:p>
          <w:p w14:paraId="45B66AA5" w14:textId="77777777" w:rsidR="009E19E9" w:rsidRDefault="00280DB9">
            <w:pPr>
              <w:spacing w:after="0"/>
            </w:pPr>
            <w:r>
              <w:t xml:space="preserve"> </w:t>
            </w:r>
          </w:p>
        </w:tc>
      </w:tr>
    </w:tbl>
    <w:p w14:paraId="0C2F5389" w14:textId="77777777" w:rsidR="009E19E9" w:rsidRDefault="00280DB9">
      <w:pPr>
        <w:pStyle w:val="Kop1"/>
      </w:pPr>
      <w:r>
        <w:t>Stap 6 – Controleer je werk</w:t>
      </w:r>
    </w:p>
    <w:p w14:paraId="0EA46ACB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Ik heb een titel en 6–10 Franse zinnen geschreven.</w:t>
      </w:r>
    </w:p>
    <w:p w14:paraId="54A1A4CF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Ik heb minimaal 4 verschillende werkwoorden op -er gebruikt.</w:t>
      </w:r>
    </w:p>
    <w:p w14:paraId="583C7732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Ik heb </w:t>
      </w:r>
      <w:proofErr w:type="spellStart"/>
      <w:r w:rsidRPr="002828EE">
        <w:rPr>
          <w:lang w:val="nl-NL"/>
        </w:rPr>
        <w:t>être</w:t>
      </w:r>
      <w:proofErr w:type="spellEnd"/>
      <w:r w:rsidRPr="002828EE">
        <w:rPr>
          <w:lang w:val="nl-NL"/>
        </w:rPr>
        <w:t xml:space="preserve"> en </w:t>
      </w:r>
      <w:proofErr w:type="spellStart"/>
      <w:r w:rsidRPr="002828EE">
        <w:rPr>
          <w:lang w:val="nl-NL"/>
        </w:rPr>
        <w:t>avoir</w:t>
      </w:r>
      <w:proofErr w:type="spellEnd"/>
      <w:r w:rsidRPr="002828EE">
        <w:rPr>
          <w:lang w:val="nl-NL"/>
        </w:rPr>
        <w:t xml:space="preserve"> gebruikt.</w:t>
      </w:r>
    </w:p>
    <w:p w14:paraId="22B5A12B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Ik heb woorden voor tijd en/of plaats gebruikt.</w:t>
      </w:r>
    </w:p>
    <w:p w14:paraId="2CF4A698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Ik heb de Franse zinsvolgorde gecontroleerd.</w:t>
      </w:r>
    </w:p>
    <w:p w14:paraId="40A7E2FF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Ik heb hoofdletters en punten gebruikt.</w:t>
      </w:r>
    </w:p>
    <w:p w14:paraId="03BC18F2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Mijn verhaal heeft een begin, midden en einde.</w:t>
      </w:r>
    </w:p>
    <w:p w14:paraId="6215BA41" w14:textId="77777777" w:rsidR="009E19E9" w:rsidRPr="002828EE" w:rsidRDefault="00280DB9">
      <w:pPr>
        <w:spacing w:after="40"/>
        <w:rPr>
          <w:lang w:val="nl-NL"/>
        </w:rPr>
      </w:pPr>
      <w:r w:rsidRPr="002828EE">
        <w:rPr>
          <w:lang w:val="nl-NL"/>
        </w:rPr>
        <w:t>☐</w:t>
      </w:r>
      <w:r w:rsidRPr="002828EE">
        <w:rPr>
          <w:lang w:val="nl-NL"/>
        </w:rPr>
        <w:t xml:space="preserve">  Mijn strip past bij mijn verhaal.</w:t>
      </w:r>
    </w:p>
    <w:p w14:paraId="4F45361B" w14:textId="72F60721" w:rsidR="009E19E9" w:rsidRPr="002828EE" w:rsidRDefault="009E19E9" w:rsidP="002828EE">
      <w:pPr>
        <w:rPr>
          <w:lang w:val="fr-BE"/>
        </w:rPr>
      </w:pPr>
    </w:p>
    <w:sectPr w:rsidR="009E19E9" w:rsidRPr="002828EE" w:rsidSect="00034616">
      <w:foot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F4DB" w14:textId="77777777" w:rsidR="00280DB9" w:rsidRDefault="00280DB9">
      <w:pPr>
        <w:spacing w:after="0" w:line="240" w:lineRule="auto"/>
      </w:pPr>
      <w:r>
        <w:separator/>
      </w:r>
    </w:p>
  </w:endnote>
  <w:endnote w:type="continuationSeparator" w:id="0">
    <w:p w14:paraId="6D1CA65A" w14:textId="77777777" w:rsidR="00280DB9" w:rsidRDefault="00280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49431" w14:textId="77777777" w:rsidR="009E19E9" w:rsidRDefault="00280DB9">
    <w:pPr>
      <w:pStyle w:val="Voettekst"/>
      <w:jc w:val="center"/>
    </w:pPr>
    <w:r>
      <w:rPr>
        <w:color w:val="787878"/>
        <w:sz w:val="16"/>
      </w:rPr>
      <w:t xml:space="preserve">Mon histoire </w:t>
    </w:r>
    <w:proofErr w:type="spellStart"/>
    <w:r>
      <w:rPr>
        <w:color w:val="787878"/>
        <w:sz w:val="16"/>
      </w:rPr>
      <w:t>en</w:t>
    </w:r>
    <w:proofErr w:type="spellEnd"/>
    <w:r>
      <w:rPr>
        <w:color w:val="787878"/>
        <w:sz w:val="16"/>
      </w:rPr>
      <w:t xml:space="preserve"> français • </w:t>
    </w:r>
    <w:proofErr w:type="spellStart"/>
    <w:r>
      <w:rPr>
        <w:color w:val="787878"/>
        <w:sz w:val="16"/>
      </w:rPr>
      <w:t>Brugklas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8901C" w14:textId="77777777" w:rsidR="00280DB9" w:rsidRDefault="00280DB9">
      <w:pPr>
        <w:spacing w:after="0" w:line="240" w:lineRule="auto"/>
      </w:pPr>
      <w:r>
        <w:separator/>
      </w:r>
    </w:p>
  </w:footnote>
  <w:footnote w:type="continuationSeparator" w:id="0">
    <w:p w14:paraId="25D37EFD" w14:textId="77777777" w:rsidR="00280DB9" w:rsidRDefault="00280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7693760">
    <w:abstractNumId w:val="8"/>
  </w:num>
  <w:num w:numId="2" w16cid:durableId="191724340">
    <w:abstractNumId w:val="6"/>
  </w:num>
  <w:num w:numId="3" w16cid:durableId="713509552">
    <w:abstractNumId w:val="5"/>
  </w:num>
  <w:num w:numId="4" w16cid:durableId="178548640">
    <w:abstractNumId w:val="4"/>
  </w:num>
  <w:num w:numId="5" w16cid:durableId="1865634035">
    <w:abstractNumId w:val="7"/>
  </w:num>
  <w:num w:numId="6" w16cid:durableId="346178543">
    <w:abstractNumId w:val="3"/>
  </w:num>
  <w:num w:numId="7" w16cid:durableId="1049302996">
    <w:abstractNumId w:val="2"/>
  </w:num>
  <w:num w:numId="8" w16cid:durableId="2029285331">
    <w:abstractNumId w:val="1"/>
  </w:num>
  <w:num w:numId="9" w16cid:durableId="27756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0DB9"/>
    <w:rsid w:val="002828EE"/>
    <w:rsid w:val="0029639D"/>
    <w:rsid w:val="00326F90"/>
    <w:rsid w:val="00651923"/>
    <w:rsid w:val="009E19E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ABE3C"/>
  <w14:defaultImageDpi w14:val="300"/>
  <w15:docId w15:val="{E4C94AE6-781E-46A2-867D-965BDBBC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4F78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34F7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34F78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van Lissum</cp:lastModifiedBy>
  <cp:revision>2</cp:revision>
  <cp:lastPrinted>2026-10-12T06:19:00Z</cp:lastPrinted>
  <dcterms:created xsi:type="dcterms:W3CDTF">2026-10-12T06:20:00Z</dcterms:created>
  <dcterms:modified xsi:type="dcterms:W3CDTF">2026-10-12T06:20:00Z</dcterms:modified>
  <cp:category/>
</cp:coreProperties>
</file>